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E9EB1" w14:textId="5DDA7555" w:rsidR="0022448F" w:rsidRDefault="0022448F" w:rsidP="00F31B56">
      <w:pPr>
        <w:pStyle w:val="Heading1"/>
      </w:pPr>
      <w:r>
        <w:t>Appendix 2</w:t>
      </w:r>
      <w:r>
        <w:t>:</w:t>
      </w:r>
      <w:r w:rsidR="00F31B56">
        <w:t xml:space="preserve"> </w:t>
      </w:r>
      <w:r>
        <w:t>CAADA-DASH Risk Identification Checklist</w:t>
      </w:r>
    </w:p>
    <w:p w14:paraId="0592E904" w14:textId="77777777" w:rsidR="00F31B56" w:rsidRPr="00F31B56" w:rsidRDefault="00F31B56" w:rsidP="00F31B56"/>
    <w:p w14:paraId="76DC694B" w14:textId="64146FCA" w:rsidR="0022448F" w:rsidRDefault="0022448F" w:rsidP="0022448F">
      <w:pPr>
        <w:rPr>
          <w:i/>
          <w:iCs/>
        </w:rPr>
      </w:pPr>
      <w:r w:rsidRPr="0022448F">
        <w:rPr>
          <w:i/>
          <w:iCs/>
        </w:rPr>
        <w:t>for use by IDVAs and other non-police agencies</w:t>
      </w:r>
      <w:r>
        <w:rPr>
          <w:rStyle w:val="FootnoteReference"/>
          <w:i/>
          <w:iCs/>
        </w:rPr>
        <w:footnoteReference w:id="1"/>
      </w:r>
      <w:r w:rsidRPr="0022448F">
        <w:rPr>
          <w:i/>
          <w:iCs/>
        </w:rPr>
        <w:t xml:space="preserve">  for identification of risks when domestic abuse, ‘honour’-based violence and/or stalking are disclosed.</w:t>
      </w:r>
    </w:p>
    <w:p w14:paraId="7F43840B" w14:textId="77777777" w:rsidR="0022448F" w:rsidRDefault="0022448F" w:rsidP="0022448F"/>
    <w:tbl>
      <w:tblPr>
        <w:tblpPr w:leftFromText="180" w:rightFromText="18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7"/>
        <w:gridCol w:w="761"/>
        <w:gridCol w:w="710"/>
        <w:gridCol w:w="817"/>
        <w:gridCol w:w="1204"/>
      </w:tblGrid>
      <w:tr w:rsidR="0022448F" w:rsidRPr="0022448F" w14:paraId="237BF586" w14:textId="77777777" w:rsidTr="0022448F">
        <w:trPr>
          <w:cantSplit/>
          <w:trHeight w:val="90"/>
        </w:trPr>
        <w:tc>
          <w:tcPr>
            <w:tcW w:w="3292" w:type="pct"/>
            <w:shd w:val="pct20" w:color="auto" w:fill="FFFFFF"/>
            <w:vAlign w:val="center"/>
          </w:tcPr>
          <w:p w14:paraId="3650357E" w14:textId="77777777" w:rsidR="0022448F" w:rsidRPr="0022448F" w:rsidRDefault="0022448F" w:rsidP="0022448F">
            <w:pPr>
              <w:rPr>
                <w:b/>
                <w:bCs/>
                <w:sz w:val="22"/>
                <w:szCs w:val="22"/>
              </w:rPr>
            </w:pPr>
            <w:r w:rsidRPr="0022448F">
              <w:t xml:space="preserve">Please explain that the purpose of asking these questions is </w:t>
            </w:r>
            <w:r w:rsidRPr="0022448F">
              <w:rPr>
                <w:sz w:val="22"/>
                <w:szCs w:val="22"/>
              </w:rPr>
              <w:t>for the safety and protection of the individual concerned.</w:t>
            </w:r>
          </w:p>
          <w:p w14:paraId="3E20F5CB" w14:textId="77777777" w:rsidR="0022448F" w:rsidRPr="0022448F" w:rsidRDefault="0022448F" w:rsidP="0022448F">
            <w:pPr>
              <w:rPr>
                <w:sz w:val="22"/>
                <w:szCs w:val="22"/>
              </w:rPr>
            </w:pPr>
            <w:r w:rsidRPr="0022448F">
              <w:rPr>
                <w:sz w:val="22"/>
                <w:szCs w:val="22"/>
              </w:rPr>
              <w:t xml:space="preserve">Tick the box if the factor is present </w:t>
            </w:r>
            <w:r w:rsidRPr="0022448F">
              <w:rPr>
                <w:b/>
                <w:bCs/>
                <w:sz w:val="22"/>
                <w:szCs w:val="22"/>
              </w:rPr>
              <w:sym w:font="Wingdings 2" w:char="F052"/>
            </w:r>
            <w:r w:rsidRPr="0022448F">
              <w:rPr>
                <w:sz w:val="22"/>
                <w:szCs w:val="22"/>
              </w:rPr>
              <w:t>.</w:t>
            </w:r>
            <w:r w:rsidRPr="0022448F">
              <w:rPr>
                <w:b/>
                <w:bCs/>
                <w:sz w:val="22"/>
                <w:szCs w:val="22"/>
              </w:rPr>
              <w:t xml:space="preserve"> </w:t>
            </w:r>
            <w:r w:rsidRPr="0022448F">
              <w:rPr>
                <w:sz w:val="22"/>
                <w:szCs w:val="22"/>
              </w:rPr>
              <w:t>Please use the comment box at the end of the form to expand on any answer.</w:t>
            </w:r>
          </w:p>
          <w:p w14:paraId="1182507B" w14:textId="77777777" w:rsidR="0022448F" w:rsidRPr="0022448F" w:rsidRDefault="0022448F" w:rsidP="0022448F">
            <w:pPr>
              <w:rPr>
                <w:b/>
                <w:bCs/>
              </w:rPr>
            </w:pPr>
            <w:r w:rsidRPr="0022448F">
              <w:rPr>
                <w:sz w:val="22"/>
                <w:szCs w:val="22"/>
              </w:rPr>
              <w:t xml:space="preserve">It is assumed that your main source of information is the victim. If this is </w:t>
            </w:r>
            <w:r w:rsidRPr="0022448F">
              <w:rPr>
                <w:sz w:val="22"/>
                <w:szCs w:val="22"/>
                <w:u w:val="single"/>
              </w:rPr>
              <w:t>not the case</w:t>
            </w:r>
            <w:r w:rsidRPr="0022448F">
              <w:rPr>
                <w:sz w:val="22"/>
                <w:szCs w:val="22"/>
              </w:rPr>
              <w:t xml:space="preserve"> please indicate in the </w:t>
            </w:r>
            <w:proofErr w:type="gramStart"/>
            <w:r w:rsidRPr="0022448F">
              <w:rPr>
                <w:sz w:val="22"/>
                <w:szCs w:val="22"/>
              </w:rPr>
              <w:t>right hand</w:t>
            </w:r>
            <w:proofErr w:type="gramEnd"/>
            <w:r w:rsidRPr="0022448F">
              <w:rPr>
                <w:sz w:val="22"/>
                <w:szCs w:val="22"/>
              </w:rPr>
              <w:t xml:space="preserve"> column</w:t>
            </w:r>
          </w:p>
        </w:tc>
        <w:tc>
          <w:tcPr>
            <w:tcW w:w="375" w:type="pct"/>
            <w:shd w:val="pct20" w:color="auto" w:fill="FFFFFF"/>
            <w:vAlign w:val="center"/>
          </w:tcPr>
          <w:p w14:paraId="4F562918" w14:textId="77777777" w:rsidR="0022448F" w:rsidRPr="0022448F" w:rsidRDefault="0022448F" w:rsidP="0022448F">
            <w:r w:rsidRPr="0022448F">
              <w:t>Yes</w:t>
            </w:r>
            <w:r w:rsidRPr="0022448F">
              <w:br/>
              <w:t>(tick)</w:t>
            </w:r>
          </w:p>
        </w:tc>
        <w:tc>
          <w:tcPr>
            <w:tcW w:w="350" w:type="pct"/>
            <w:shd w:val="pct20" w:color="auto" w:fill="FFFFFF"/>
            <w:vAlign w:val="center"/>
          </w:tcPr>
          <w:p w14:paraId="37735037" w14:textId="77777777" w:rsidR="0022448F" w:rsidRPr="0022448F" w:rsidRDefault="0022448F" w:rsidP="0022448F">
            <w:r w:rsidRPr="0022448F">
              <w:t>No</w:t>
            </w:r>
          </w:p>
        </w:tc>
        <w:tc>
          <w:tcPr>
            <w:tcW w:w="391" w:type="pct"/>
            <w:shd w:val="pct20" w:color="auto" w:fill="FFFFFF"/>
            <w:vAlign w:val="center"/>
          </w:tcPr>
          <w:p w14:paraId="5DD9274B" w14:textId="77777777" w:rsidR="0022448F" w:rsidRPr="0022448F" w:rsidRDefault="0022448F" w:rsidP="0022448F">
            <w:r w:rsidRPr="0022448F">
              <w:t>Don’t</w:t>
            </w:r>
            <w:r w:rsidRPr="0022448F">
              <w:br/>
              <w:t>Know</w:t>
            </w:r>
          </w:p>
        </w:tc>
        <w:tc>
          <w:tcPr>
            <w:tcW w:w="592" w:type="pct"/>
            <w:shd w:val="pct20" w:color="auto" w:fill="FFFFFF"/>
            <w:vAlign w:val="center"/>
          </w:tcPr>
          <w:p w14:paraId="6EC555DD" w14:textId="77777777" w:rsidR="0022448F" w:rsidRPr="0022448F" w:rsidRDefault="0022448F" w:rsidP="0022448F">
            <w:pPr>
              <w:rPr>
                <w:sz w:val="22"/>
                <w:szCs w:val="22"/>
              </w:rPr>
            </w:pPr>
            <w:r w:rsidRPr="0022448F">
              <w:rPr>
                <w:sz w:val="22"/>
                <w:szCs w:val="22"/>
              </w:rPr>
              <w:t>State source of info if not the victim e.g. police officer</w:t>
            </w:r>
          </w:p>
        </w:tc>
      </w:tr>
      <w:tr w:rsidR="0022448F" w:rsidRPr="0022448F" w14:paraId="5CEF94F7" w14:textId="77777777" w:rsidTr="0022448F">
        <w:trPr>
          <w:cantSplit/>
          <w:trHeight w:val="533"/>
        </w:trPr>
        <w:tc>
          <w:tcPr>
            <w:tcW w:w="3292" w:type="pct"/>
            <w:vAlign w:val="center"/>
          </w:tcPr>
          <w:p w14:paraId="6586E16E"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Has the current incident resulted in injury? </w:t>
            </w:r>
            <w:r w:rsidRPr="0022448F">
              <w:rPr>
                <w:sz w:val="22"/>
                <w:szCs w:val="22"/>
              </w:rPr>
              <w:br/>
              <w:t>(Please state what and whether this is the first injury.)</w:t>
            </w:r>
            <w:r w:rsidRPr="0022448F">
              <w:rPr>
                <w:sz w:val="22"/>
                <w:szCs w:val="22"/>
              </w:rPr>
              <w:br/>
            </w:r>
          </w:p>
        </w:tc>
        <w:tc>
          <w:tcPr>
            <w:tcW w:w="375" w:type="pct"/>
          </w:tcPr>
          <w:p w14:paraId="02832B4E"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7D2109DA"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7783EB14"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1ADE4AFD" w14:textId="77777777" w:rsidR="0022448F" w:rsidRPr="0022448F" w:rsidRDefault="0022448F" w:rsidP="0022448F">
            <w:pPr>
              <w:rPr>
                <w:sz w:val="22"/>
                <w:szCs w:val="22"/>
              </w:rPr>
            </w:pPr>
          </w:p>
        </w:tc>
      </w:tr>
      <w:tr w:rsidR="0022448F" w:rsidRPr="0022448F" w14:paraId="6B79325D" w14:textId="77777777" w:rsidTr="0022448F">
        <w:trPr>
          <w:cantSplit/>
          <w:trHeight w:val="533"/>
        </w:trPr>
        <w:tc>
          <w:tcPr>
            <w:tcW w:w="3292" w:type="pct"/>
            <w:vAlign w:val="center"/>
          </w:tcPr>
          <w:p w14:paraId="746B1595" w14:textId="2777C4C3" w:rsidR="0022448F" w:rsidRPr="0022448F" w:rsidRDefault="0022448F">
            <w:pPr>
              <w:numPr>
                <w:ilvl w:val="0"/>
                <w:numId w:val="9"/>
              </w:numPr>
              <w:tabs>
                <w:tab w:val="clear" w:pos="720"/>
                <w:tab w:val="num" w:pos="426"/>
              </w:tabs>
              <w:spacing w:after="60" w:line="276" w:lineRule="auto"/>
              <w:ind w:left="397" w:hanging="397"/>
              <w:rPr>
                <w:sz w:val="22"/>
                <w:szCs w:val="22"/>
              </w:rPr>
            </w:pPr>
            <w:r w:rsidRPr="0022448F">
              <w:rPr>
                <w:sz w:val="22"/>
                <w:szCs w:val="22"/>
              </w:rPr>
              <w:t xml:space="preserve">Are you very frightened?  </w:t>
            </w:r>
          </w:p>
          <w:p w14:paraId="1AD34B02" w14:textId="72A6AC4F" w:rsidR="0022448F" w:rsidRPr="0022448F" w:rsidRDefault="0022448F" w:rsidP="0022448F">
            <w:pPr>
              <w:spacing w:after="240" w:line="276" w:lineRule="auto"/>
              <w:rPr>
                <w:sz w:val="22"/>
                <w:szCs w:val="22"/>
              </w:rPr>
            </w:pPr>
            <w:r w:rsidRPr="0022448F">
              <w:rPr>
                <w:b/>
                <w:bCs/>
                <w:sz w:val="22"/>
                <w:szCs w:val="22"/>
              </w:rPr>
              <w:t>Comment</w:t>
            </w:r>
            <w:r w:rsidRPr="0022448F">
              <w:rPr>
                <w:sz w:val="22"/>
                <w:szCs w:val="22"/>
              </w:rPr>
              <w:t>:</w:t>
            </w:r>
          </w:p>
        </w:tc>
        <w:tc>
          <w:tcPr>
            <w:tcW w:w="375" w:type="pct"/>
          </w:tcPr>
          <w:p w14:paraId="36F14DAA"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623D469A"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63CA6599"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66A88EBF" w14:textId="77777777" w:rsidR="0022448F" w:rsidRPr="0022448F" w:rsidRDefault="0022448F" w:rsidP="0022448F">
            <w:pPr>
              <w:rPr>
                <w:sz w:val="22"/>
                <w:szCs w:val="22"/>
              </w:rPr>
            </w:pPr>
          </w:p>
        </w:tc>
      </w:tr>
      <w:tr w:rsidR="0022448F" w:rsidRPr="0022448F" w14:paraId="1878E71C" w14:textId="77777777" w:rsidTr="0022448F">
        <w:trPr>
          <w:cantSplit/>
          <w:trHeight w:val="533"/>
        </w:trPr>
        <w:tc>
          <w:tcPr>
            <w:tcW w:w="3292" w:type="pct"/>
            <w:vAlign w:val="center"/>
          </w:tcPr>
          <w:p w14:paraId="545AEDE3" w14:textId="29CACE1D" w:rsidR="0022448F" w:rsidRPr="0022448F" w:rsidRDefault="0022448F">
            <w:pPr>
              <w:numPr>
                <w:ilvl w:val="0"/>
                <w:numId w:val="9"/>
              </w:numPr>
              <w:tabs>
                <w:tab w:val="clear" w:pos="720"/>
                <w:tab w:val="num" w:pos="426"/>
              </w:tabs>
              <w:spacing w:after="60" w:line="276" w:lineRule="auto"/>
              <w:ind w:left="397" w:hanging="397"/>
              <w:rPr>
                <w:sz w:val="22"/>
                <w:szCs w:val="22"/>
              </w:rPr>
            </w:pPr>
            <w:r w:rsidRPr="0022448F">
              <w:rPr>
                <w:sz w:val="22"/>
                <w:szCs w:val="22"/>
              </w:rPr>
              <w:t>What are you afraid of? Is it further injury or violence? (Please give an indication of what you think (name of abuser(s)...) might do and to whom, including children).</w:t>
            </w:r>
          </w:p>
          <w:p w14:paraId="530FA6B3" w14:textId="2EDD916F" w:rsidR="0022448F" w:rsidRPr="0022448F" w:rsidRDefault="0022448F" w:rsidP="0022448F">
            <w:pPr>
              <w:tabs>
                <w:tab w:val="num" w:pos="426"/>
              </w:tabs>
              <w:spacing w:after="240"/>
              <w:ind w:left="397" w:hanging="397"/>
              <w:rPr>
                <w:b/>
                <w:bCs/>
                <w:sz w:val="22"/>
                <w:szCs w:val="22"/>
              </w:rPr>
            </w:pPr>
            <w:r w:rsidRPr="0022448F">
              <w:rPr>
                <w:b/>
                <w:bCs/>
                <w:sz w:val="22"/>
                <w:szCs w:val="22"/>
              </w:rPr>
              <w:t>Comment</w:t>
            </w:r>
            <w:r w:rsidRPr="0022448F">
              <w:rPr>
                <w:sz w:val="22"/>
                <w:szCs w:val="22"/>
              </w:rPr>
              <w:t>:</w:t>
            </w:r>
          </w:p>
        </w:tc>
        <w:tc>
          <w:tcPr>
            <w:tcW w:w="375" w:type="pct"/>
          </w:tcPr>
          <w:p w14:paraId="1A7B0D00"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7DAE8905"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2BCB84B8"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39AF6315" w14:textId="77777777" w:rsidR="0022448F" w:rsidRPr="0022448F" w:rsidRDefault="0022448F" w:rsidP="0022448F">
            <w:pPr>
              <w:rPr>
                <w:sz w:val="22"/>
                <w:szCs w:val="22"/>
              </w:rPr>
            </w:pPr>
          </w:p>
        </w:tc>
      </w:tr>
      <w:tr w:rsidR="0022448F" w:rsidRPr="0022448F" w14:paraId="1DFFA1D2" w14:textId="77777777" w:rsidTr="0022448F">
        <w:trPr>
          <w:cantSplit/>
          <w:trHeight w:val="474"/>
        </w:trPr>
        <w:tc>
          <w:tcPr>
            <w:tcW w:w="3292" w:type="pct"/>
            <w:vAlign w:val="center"/>
          </w:tcPr>
          <w:p w14:paraId="213388B5" w14:textId="03320485" w:rsidR="0022448F" w:rsidRPr="0022448F" w:rsidRDefault="0022448F">
            <w:pPr>
              <w:pStyle w:val="BodyText3"/>
              <w:numPr>
                <w:ilvl w:val="0"/>
                <w:numId w:val="9"/>
              </w:numPr>
              <w:tabs>
                <w:tab w:val="clear" w:pos="720"/>
                <w:tab w:val="num" w:pos="426"/>
              </w:tabs>
              <w:spacing w:after="60" w:line="276" w:lineRule="auto"/>
              <w:ind w:left="397" w:hanging="397"/>
              <w:rPr>
                <w:sz w:val="22"/>
                <w:szCs w:val="22"/>
              </w:rPr>
            </w:pPr>
            <w:r w:rsidRPr="0022448F">
              <w:rPr>
                <w:sz w:val="22"/>
                <w:szCs w:val="22"/>
              </w:rPr>
              <w:t>Do you feel isolated from family/friends i.e. does (name of abuser(s) ………..) try to stop you from seeing friends/family/doctor or others?</w:t>
            </w:r>
          </w:p>
          <w:p w14:paraId="71E39260" w14:textId="16CD74BA" w:rsidR="0022448F" w:rsidRPr="0022448F" w:rsidRDefault="0022448F" w:rsidP="0022448F">
            <w:pPr>
              <w:pStyle w:val="BodyText3"/>
              <w:tabs>
                <w:tab w:val="num" w:pos="426"/>
              </w:tabs>
              <w:spacing w:after="240"/>
              <w:rPr>
                <w:b/>
                <w:bCs/>
                <w:sz w:val="22"/>
                <w:szCs w:val="22"/>
              </w:rPr>
            </w:pPr>
            <w:r w:rsidRPr="0022448F">
              <w:rPr>
                <w:b/>
                <w:bCs/>
                <w:sz w:val="22"/>
                <w:szCs w:val="22"/>
              </w:rPr>
              <w:t>Comment</w:t>
            </w:r>
            <w:r w:rsidRPr="0022448F">
              <w:rPr>
                <w:sz w:val="22"/>
                <w:szCs w:val="22"/>
              </w:rPr>
              <w:t>:</w:t>
            </w:r>
          </w:p>
        </w:tc>
        <w:tc>
          <w:tcPr>
            <w:tcW w:w="375" w:type="pct"/>
          </w:tcPr>
          <w:p w14:paraId="42735806" w14:textId="77777777" w:rsidR="0022448F" w:rsidRPr="0022448F" w:rsidRDefault="0022448F" w:rsidP="0022448F">
            <w:pPr>
              <w:rPr>
                <w:sz w:val="22"/>
                <w:szCs w:val="22"/>
              </w:rPr>
            </w:pPr>
            <w:r w:rsidRPr="0022448F">
              <w:rPr>
                <w:sz w:val="22"/>
                <w:szCs w:val="22"/>
              </w:rPr>
              <w:fldChar w:fldCharType="begin">
                <w:ffData>
                  <w:name w:val="Check7"/>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5E04AE6D"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74A47A0A"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64EAC7CB" w14:textId="77777777" w:rsidR="0022448F" w:rsidRPr="0022448F" w:rsidRDefault="0022448F" w:rsidP="0022448F">
            <w:pPr>
              <w:rPr>
                <w:sz w:val="22"/>
                <w:szCs w:val="22"/>
              </w:rPr>
            </w:pPr>
          </w:p>
        </w:tc>
      </w:tr>
      <w:tr w:rsidR="0022448F" w:rsidRPr="0022448F" w14:paraId="6B676483" w14:textId="77777777" w:rsidTr="0022448F">
        <w:trPr>
          <w:cantSplit/>
          <w:trHeight w:val="474"/>
        </w:trPr>
        <w:tc>
          <w:tcPr>
            <w:tcW w:w="3292" w:type="pct"/>
            <w:vAlign w:val="center"/>
          </w:tcPr>
          <w:p w14:paraId="72EFBE6B"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Are you feeling depressed or having suicidal thoughts? </w:t>
            </w:r>
          </w:p>
        </w:tc>
        <w:tc>
          <w:tcPr>
            <w:tcW w:w="375" w:type="pct"/>
          </w:tcPr>
          <w:p w14:paraId="7268F37F"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3F524D3E"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536A11F9"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27405E1E" w14:textId="77777777" w:rsidR="0022448F" w:rsidRPr="0022448F" w:rsidRDefault="0022448F" w:rsidP="0022448F">
            <w:pPr>
              <w:rPr>
                <w:sz w:val="22"/>
                <w:szCs w:val="22"/>
              </w:rPr>
            </w:pPr>
          </w:p>
        </w:tc>
      </w:tr>
      <w:tr w:rsidR="0022448F" w:rsidRPr="0022448F" w14:paraId="710692D8" w14:textId="77777777" w:rsidTr="0022448F">
        <w:trPr>
          <w:cantSplit/>
          <w:trHeight w:val="474"/>
        </w:trPr>
        <w:tc>
          <w:tcPr>
            <w:tcW w:w="3292" w:type="pct"/>
            <w:vAlign w:val="center"/>
          </w:tcPr>
          <w:p w14:paraId="7887D798"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Have you separated or tried to separate from (name of abuser(s)….) within the past year? </w:t>
            </w:r>
          </w:p>
        </w:tc>
        <w:tc>
          <w:tcPr>
            <w:tcW w:w="375" w:type="pct"/>
          </w:tcPr>
          <w:p w14:paraId="0E66D28A"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19A7B667"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520D3EB8"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612C069D" w14:textId="77777777" w:rsidR="0022448F" w:rsidRPr="0022448F" w:rsidRDefault="0022448F" w:rsidP="0022448F">
            <w:pPr>
              <w:rPr>
                <w:sz w:val="22"/>
                <w:szCs w:val="22"/>
              </w:rPr>
            </w:pPr>
          </w:p>
        </w:tc>
      </w:tr>
      <w:tr w:rsidR="0022448F" w:rsidRPr="0022448F" w14:paraId="45D99BAD" w14:textId="77777777" w:rsidTr="0022448F">
        <w:trPr>
          <w:cantSplit/>
          <w:trHeight w:val="457"/>
        </w:trPr>
        <w:tc>
          <w:tcPr>
            <w:tcW w:w="3292" w:type="pct"/>
            <w:vAlign w:val="center"/>
          </w:tcPr>
          <w:p w14:paraId="243C5232"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Is there conflict over child contact? </w:t>
            </w:r>
          </w:p>
        </w:tc>
        <w:tc>
          <w:tcPr>
            <w:tcW w:w="375" w:type="pct"/>
          </w:tcPr>
          <w:p w14:paraId="392A0708"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1C5C8098"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23BE1406"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4E12E4A0" w14:textId="77777777" w:rsidR="0022448F" w:rsidRPr="0022448F" w:rsidRDefault="0022448F" w:rsidP="0022448F">
            <w:pPr>
              <w:rPr>
                <w:sz w:val="22"/>
                <w:szCs w:val="22"/>
              </w:rPr>
            </w:pPr>
          </w:p>
        </w:tc>
      </w:tr>
      <w:tr w:rsidR="0022448F" w:rsidRPr="0022448F" w14:paraId="1495060A" w14:textId="77777777" w:rsidTr="0022448F">
        <w:trPr>
          <w:cantSplit/>
          <w:trHeight w:val="1808"/>
        </w:trPr>
        <w:tc>
          <w:tcPr>
            <w:tcW w:w="3292" w:type="pct"/>
            <w:vAlign w:val="center"/>
          </w:tcPr>
          <w:p w14:paraId="4836159D"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Does (……) constantly text, call, contact, follow, stalk or harass you? </w:t>
            </w:r>
            <w:r w:rsidRPr="0022448F">
              <w:rPr>
                <w:sz w:val="22"/>
                <w:szCs w:val="22"/>
              </w:rPr>
              <w:br/>
              <w:t xml:space="preserve">(Please expand to identify what and whether you believe that this is done deliberately to intimidate you? Consider the context and behaviour of what is being done.) </w:t>
            </w:r>
          </w:p>
        </w:tc>
        <w:tc>
          <w:tcPr>
            <w:tcW w:w="375" w:type="pct"/>
          </w:tcPr>
          <w:p w14:paraId="5DE7F2BD" w14:textId="77777777" w:rsidR="0022448F" w:rsidRPr="0022448F" w:rsidRDefault="0022448F" w:rsidP="0022448F">
            <w:pPr>
              <w:rPr>
                <w:sz w:val="22"/>
                <w:szCs w:val="22"/>
              </w:rPr>
            </w:pPr>
            <w:r w:rsidRPr="0022448F">
              <w:rPr>
                <w:sz w:val="22"/>
                <w:szCs w:val="22"/>
              </w:rPr>
              <w:fldChar w:fldCharType="begin">
                <w:ffData>
                  <w:name w:val="Check7"/>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26581A2C"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1CF0D7D6" w14:textId="77777777" w:rsidR="0022448F" w:rsidRPr="0022448F" w:rsidRDefault="0022448F" w:rsidP="0022448F">
            <w:pPr>
              <w:rPr>
                <w:sz w:val="22"/>
                <w:szCs w:val="22"/>
              </w:rPr>
            </w:pPr>
            <w:r w:rsidRPr="0022448F">
              <w:rPr>
                <w:sz w:val="22"/>
                <w:szCs w:val="22"/>
              </w:rPr>
              <w:fldChar w:fldCharType="begin">
                <w:ffData>
                  <w:name w:val="Check7"/>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5E94FC04" w14:textId="77777777" w:rsidR="0022448F" w:rsidRPr="0022448F" w:rsidRDefault="0022448F" w:rsidP="0022448F">
            <w:pPr>
              <w:rPr>
                <w:sz w:val="22"/>
                <w:szCs w:val="22"/>
              </w:rPr>
            </w:pPr>
          </w:p>
        </w:tc>
      </w:tr>
      <w:tr w:rsidR="0022448F" w:rsidRPr="0022448F" w14:paraId="690F7478" w14:textId="77777777" w:rsidTr="0022448F">
        <w:trPr>
          <w:cantSplit/>
          <w:trHeight w:val="896"/>
        </w:trPr>
        <w:tc>
          <w:tcPr>
            <w:tcW w:w="3292" w:type="pct"/>
            <w:vAlign w:val="center"/>
          </w:tcPr>
          <w:p w14:paraId="34156648" w14:textId="77777777" w:rsidR="0022448F" w:rsidRPr="0022448F" w:rsidRDefault="0022448F">
            <w:pPr>
              <w:numPr>
                <w:ilvl w:val="0"/>
                <w:numId w:val="9"/>
              </w:numPr>
              <w:tabs>
                <w:tab w:val="clear" w:pos="720"/>
                <w:tab w:val="num" w:pos="426"/>
              </w:tabs>
              <w:spacing w:line="276" w:lineRule="auto"/>
              <w:ind w:left="397" w:hanging="397"/>
              <w:rPr>
                <w:sz w:val="22"/>
                <w:szCs w:val="22"/>
              </w:rPr>
            </w:pPr>
            <w:r w:rsidRPr="0022448F">
              <w:rPr>
                <w:sz w:val="22"/>
                <w:szCs w:val="22"/>
              </w:rPr>
              <w:t xml:space="preserve">Are you pregnant or have you recently had a baby </w:t>
            </w:r>
            <w:r w:rsidRPr="0022448F">
              <w:rPr>
                <w:sz w:val="22"/>
                <w:szCs w:val="22"/>
              </w:rPr>
              <w:br/>
              <w:t>(within the last 18 months)?</w:t>
            </w:r>
          </w:p>
        </w:tc>
        <w:tc>
          <w:tcPr>
            <w:tcW w:w="375" w:type="pct"/>
          </w:tcPr>
          <w:p w14:paraId="340197EC" w14:textId="77777777" w:rsidR="0022448F" w:rsidRPr="0022448F" w:rsidRDefault="0022448F" w:rsidP="0022448F">
            <w:pPr>
              <w:rPr>
                <w:sz w:val="22"/>
                <w:szCs w:val="22"/>
              </w:rPr>
            </w:pPr>
            <w:r w:rsidRPr="0022448F">
              <w:rPr>
                <w:sz w:val="22"/>
                <w:szCs w:val="22"/>
              </w:rPr>
              <w:fldChar w:fldCharType="begin">
                <w:ffData>
                  <w:name w:val="Check7"/>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3C2E0251" w14:textId="77777777" w:rsidR="0022448F" w:rsidRPr="0022448F" w:rsidRDefault="0022448F" w:rsidP="0022448F">
            <w:pPr>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4C1B9F23" w14:textId="77777777" w:rsidR="0022448F" w:rsidRPr="0022448F" w:rsidRDefault="0022448F" w:rsidP="0022448F">
            <w:pPr>
              <w:rPr>
                <w:sz w:val="22"/>
                <w:szCs w:val="22"/>
              </w:rPr>
            </w:pPr>
            <w:r w:rsidRPr="0022448F">
              <w:rPr>
                <w:sz w:val="22"/>
                <w:szCs w:val="22"/>
              </w:rPr>
              <w:fldChar w:fldCharType="begin">
                <w:ffData>
                  <w:name w:val="Check7"/>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5AB4E704" w14:textId="77777777" w:rsidR="0022448F" w:rsidRPr="0022448F" w:rsidRDefault="0022448F" w:rsidP="0022448F">
            <w:pPr>
              <w:rPr>
                <w:sz w:val="22"/>
                <w:szCs w:val="22"/>
              </w:rPr>
            </w:pPr>
          </w:p>
        </w:tc>
      </w:tr>
      <w:tr w:rsidR="0022448F" w:rsidRPr="0022448F" w14:paraId="7BE83B28" w14:textId="77777777" w:rsidTr="0022448F">
        <w:trPr>
          <w:cantSplit/>
          <w:trHeight w:val="550"/>
        </w:trPr>
        <w:tc>
          <w:tcPr>
            <w:tcW w:w="3292" w:type="pct"/>
            <w:vAlign w:val="center"/>
          </w:tcPr>
          <w:p w14:paraId="10F40EA4" w14:textId="77777777" w:rsidR="0022448F" w:rsidRPr="0022448F" w:rsidRDefault="0022448F">
            <w:pPr>
              <w:numPr>
                <w:ilvl w:val="0"/>
                <w:numId w:val="9"/>
              </w:numPr>
              <w:tabs>
                <w:tab w:val="clear" w:pos="720"/>
                <w:tab w:val="num" w:pos="426"/>
              </w:tabs>
              <w:spacing w:before="60" w:line="276" w:lineRule="auto"/>
              <w:ind w:left="397" w:hanging="397"/>
              <w:rPr>
                <w:caps/>
                <w:sz w:val="22"/>
                <w:szCs w:val="22"/>
              </w:rPr>
            </w:pPr>
            <w:r w:rsidRPr="0022448F">
              <w:rPr>
                <w:sz w:val="22"/>
                <w:szCs w:val="22"/>
              </w:rPr>
              <w:t>Is the abuse happening more often?</w:t>
            </w:r>
          </w:p>
        </w:tc>
        <w:tc>
          <w:tcPr>
            <w:tcW w:w="375" w:type="pct"/>
          </w:tcPr>
          <w:p w14:paraId="7DE26465" w14:textId="77777777" w:rsidR="0022448F" w:rsidRPr="0022448F" w:rsidRDefault="0022448F" w:rsidP="00C63E71">
            <w:pPr>
              <w:spacing w:before="60"/>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50" w:type="pct"/>
          </w:tcPr>
          <w:p w14:paraId="71326715" w14:textId="77777777" w:rsidR="0022448F" w:rsidRPr="0022448F" w:rsidRDefault="0022448F" w:rsidP="00C63E71">
            <w:pPr>
              <w:spacing w:before="60"/>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391" w:type="pct"/>
          </w:tcPr>
          <w:p w14:paraId="35A97C27" w14:textId="77777777" w:rsidR="0022448F" w:rsidRPr="0022448F" w:rsidRDefault="0022448F" w:rsidP="00C63E71">
            <w:pPr>
              <w:spacing w:before="60"/>
              <w:rPr>
                <w:sz w:val="22"/>
                <w:szCs w:val="22"/>
              </w:rPr>
            </w:pPr>
            <w:r w:rsidRPr="0022448F">
              <w:rPr>
                <w:sz w:val="22"/>
                <w:szCs w:val="22"/>
              </w:rPr>
              <w:fldChar w:fldCharType="begin">
                <w:ffData>
                  <w:name w:val="Check6"/>
                  <w:enabled/>
                  <w:calcOnExit w:val="0"/>
                  <w:checkBox>
                    <w:sizeAuto/>
                    <w:default w:val="0"/>
                  </w:checkBox>
                </w:ffData>
              </w:fldChar>
            </w:r>
            <w:r w:rsidRPr="0022448F">
              <w:rPr>
                <w:sz w:val="22"/>
                <w:szCs w:val="22"/>
              </w:rPr>
              <w:instrText xml:space="preserve"> FORMCHECKBOX </w:instrText>
            </w:r>
            <w:r w:rsidRPr="0022448F">
              <w:rPr>
                <w:sz w:val="22"/>
                <w:szCs w:val="22"/>
              </w:rPr>
            </w:r>
            <w:r w:rsidRPr="0022448F">
              <w:rPr>
                <w:sz w:val="22"/>
                <w:szCs w:val="22"/>
              </w:rPr>
              <w:fldChar w:fldCharType="separate"/>
            </w:r>
            <w:r w:rsidRPr="0022448F">
              <w:rPr>
                <w:sz w:val="22"/>
                <w:szCs w:val="22"/>
              </w:rPr>
              <w:fldChar w:fldCharType="end"/>
            </w:r>
          </w:p>
        </w:tc>
        <w:tc>
          <w:tcPr>
            <w:tcW w:w="592" w:type="pct"/>
          </w:tcPr>
          <w:p w14:paraId="420CB0D2" w14:textId="77777777" w:rsidR="0022448F" w:rsidRPr="0022448F" w:rsidRDefault="0022448F" w:rsidP="00C63E71">
            <w:pPr>
              <w:rPr>
                <w:sz w:val="22"/>
                <w:szCs w:val="22"/>
              </w:rPr>
            </w:pPr>
          </w:p>
        </w:tc>
      </w:tr>
    </w:tbl>
    <w:p w14:paraId="788954D7" w14:textId="77777777" w:rsidR="0022448F" w:rsidRDefault="0022448F" w:rsidP="0022448F"/>
    <w:tbl>
      <w:tblPr>
        <w:tblpPr w:leftFromText="180" w:rightFromText="18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7"/>
        <w:gridCol w:w="761"/>
        <w:gridCol w:w="710"/>
        <w:gridCol w:w="817"/>
        <w:gridCol w:w="1204"/>
      </w:tblGrid>
      <w:tr w:rsidR="0022448F" w:rsidRPr="00253B74" w14:paraId="5CB2676E" w14:textId="77777777" w:rsidTr="00C63E71">
        <w:trPr>
          <w:cantSplit/>
        </w:trPr>
        <w:tc>
          <w:tcPr>
            <w:tcW w:w="3292" w:type="pct"/>
            <w:shd w:val="clear" w:color="auto" w:fill="CCCCCC"/>
            <w:vAlign w:val="center"/>
          </w:tcPr>
          <w:p w14:paraId="57E23DDD" w14:textId="77777777" w:rsidR="0022448F" w:rsidRPr="0022448F" w:rsidRDefault="0022448F" w:rsidP="00C63E71">
            <w:r w:rsidRPr="0022448F">
              <w:lastRenderedPageBreak/>
              <w:t xml:space="preserve">Tick box if factor is present. Please use the comment box at the end of the form to expand on any answer. </w:t>
            </w:r>
          </w:p>
        </w:tc>
        <w:tc>
          <w:tcPr>
            <w:tcW w:w="375" w:type="pct"/>
            <w:shd w:val="clear" w:color="auto" w:fill="CCCCCC"/>
            <w:vAlign w:val="center"/>
          </w:tcPr>
          <w:p w14:paraId="1D6C3283" w14:textId="77777777" w:rsidR="0022448F" w:rsidRPr="0022448F" w:rsidRDefault="0022448F" w:rsidP="00C63E71">
            <w:r w:rsidRPr="0022448F">
              <w:t>Yes</w:t>
            </w:r>
            <w:r w:rsidRPr="0022448F">
              <w:br/>
              <w:t>(tick)</w:t>
            </w:r>
          </w:p>
        </w:tc>
        <w:tc>
          <w:tcPr>
            <w:tcW w:w="350" w:type="pct"/>
            <w:shd w:val="clear" w:color="auto" w:fill="CCCCCC"/>
            <w:vAlign w:val="center"/>
          </w:tcPr>
          <w:p w14:paraId="5ADA7C4B" w14:textId="77777777" w:rsidR="0022448F" w:rsidRPr="0022448F" w:rsidRDefault="0022448F" w:rsidP="00C63E71">
            <w:r w:rsidRPr="0022448F">
              <w:t>No</w:t>
            </w:r>
          </w:p>
        </w:tc>
        <w:tc>
          <w:tcPr>
            <w:tcW w:w="391" w:type="pct"/>
            <w:shd w:val="clear" w:color="auto" w:fill="CCCCCC"/>
            <w:vAlign w:val="center"/>
          </w:tcPr>
          <w:p w14:paraId="0ADF25A3" w14:textId="77777777" w:rsidR="0022448F" w:rsidRPr="0022448F" w:rsidRDefault="0022448F" w:rsidP="00C63E71">
            <w:r w:rsidRPr="0022448F">
              <w:t>Don’t Know</w:t>
            </w:r>
          </w:p>
        </w:tc>
        <w:tc>
          <w:tcPr>
            <w:tcW w:w="592" w:type="pct"/>
            <w:shd w:val="clear" w:color="auto" w:fill="CCCCCC"/>
            <w:vAlign w:val="center"/>
          </w:tcPr>
          <w:p w14:paraId="2DB39045" w14:textId="77777777" w:rsidR="0022448F" w:rsidRPr="0022448F" w:rsidRDefault="0022448F" w:rsidP="00C63E71">
            <w:r w:rsidRPr="0022448F">
              <w:t xml:space="preserve">State source </w:t>
            </w:r>
            <w:r w:rsidRPr="0022448F">
              <w:br/>
              <w:t>of info if not the victim</w:t>
            </w:r>
          </w:p>
        </w:tc>
      </w:tr>
      <w:tr w:rsidR="0022448F" w:rsidRPr="0022448F" w14:paraId="758AAE94" w14:textId="77777777" w:rsidTr="00C63E71">
        <w:trPr>
          <w:cantSplit/>
        </w:trPr>
        <w:tc>
          <w:tcPr>
            <w:tcW w:w="3292" w:type="pct"/>
          </w:tcPr>
          <w:p w14:paraId="4336C1ED"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Has (……..) ever threatened to kill you or someone else and you believed them? (If yes, tick who.)</w:t>
            </w:r>
          </w:p>
          <w:p w14:paraId="26BA6835" w14:textId="77777777" w:rsidR="0022448F" w:rsidRPr="0022448F" w:rsidRDefault="0022448F" w:rsidP="00C63E71">
            <w:pPr>
              <w:tabs>
                <w:tab w:val="num" w:pos="426"/>
              </w:tabs>
              <w:spacing w:before="60"/>
              <w:ind w:left="397" w:hanging="397"/>
              <w:rPr>
                <w:sz w:val="20"/>
                <w:szCs w:val="20"/>
              </w:rPr>
            </w:pPr>
            <w:r w:rsidRPr="0022448F">
              <w:rPr>
                <w:sz w:val="20"/>
                <w:szCs w:val="20"/>
              </w:rPr>
              <w:tab/>
              <w:t xml:space="preserve">You </w:t>
            </w:r>
            <w:r w:rsidRPr="0022448F">
              <w:rPr>
                <w:sz w:val="20"/>
                <w:szCs w:val="20"/>
              </w:rPr>
              <w:sym w:font="Wingdings" w:char="F0A8"/>
            </w:r>
            <w:r w:rsidRPr="0022448F">
              <w:rPr>
                <w:sz w:val="20"/>
                <w:szCs w:val="20"/>
              </w:rPr>
              <w:t xml:space="preserve"> Children </w:t>
            </w:r>
            <w:r w:rsidRPr="0022448F">
              <w:rPr>
                <w:sz w:val="20"/>
                <w:szCs w:val="20"/>
              </w:rPr>
              <w:sym w:font="Wingdings" w:char="F0A8"/>
            </w:r>
            <w:r w:rsidRPr="0022448F">
              <w:rPr>
                <w:sz w:val="20"/>
                <w:szCs w:val="20"/>
              </w:rPr>
              <w:t xml:space="preserve"> Other </w:t>
            </w:r>
            <w:r w:rsidRPr="0022448F">
              <w:rPr>
                <w:sz w:val="20"/>
                <w:szCs w:val="20"/>
              </w:rPr>
              <w:sym w:font="Wingdings" w:char="F0A8"/>
            </w:r>
            <w:r w:rsidRPr="0022448F">
              <w:rPr>
                <w:sz w:val="20"/>
                <w:szCs w:val="20"/>
              </w:rPr>
              <w:t xml:space="preserve"> (please specify) </w:t>
            </w:r>
          </w:p>
        </w:tc>
        <w:tc>
          <w:tcPr>
            <w:tcW w:w="375" w:type="pct"/>
          </w:tcPr>
          <w:p w14:paraId="583C7B31"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234EDAA6"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2326CF99"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22F6EA63" w14:textId="77777777" w:rsidR="0022448F" w:rsidRPr="0022448F" w:rsidRDefault="0022448F" w:rsidP="00C63E71">
            <w:pPr>
              <w:rPr>
                <w:sz w:val="20"/>
                <w:szCs w:val="20"/>
              </w:rPr>
            </w:pPr>
          </w:p>
        </w:tc>
      </w:tr>
      <w:tr w:rsidR="0022448F" w:rsidRPr="0022448F" w14:paraId="39005617" w14:textId="77777777" w:rsidTr="00C63E71">
        <w:trPr>
          <w:cantSplit/>
          <w:trHeight w:val="340"/>
        </w:trPr>
        <w:tc>
          <w:tcPr>
            <w:tcW w:w="3292" w:type="pct"/>
            <w:vAlign w:val="center"/>
          </w:tcPr>
          <w:p w14:paraId="64586311"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Has (………) ever attempted to strangle/choke/suffocate/drown you?</w:t>
            </w:r>
            <w:r w:rsidRPr="0022448F">
              <w:rPr>
                <w:b/>
                <w:bCs/>
                <w:sz w:val="20"/>
                <w:szCs w:val="20"/>
              </w:rPr>
              <w:t xml:space="preserve"> </w:t>
            </w:r>
          </w:p>
        </w:tc>
        <w:tc>
          <w:tcPr>
            <w:tcW w:w="375" w:type="pct"/>
          </w:tcPr>
          <w:p w14:paraId="2DDD7465"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23C70BC7"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261B96E7"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0B78EBF2" w14:textId="77777777" w:rsidR="0022448F" w:rsidRPr="0022448F" w:rsidRDefault="0022448F" w:rsidP="00C63E71">
            <w:pPr>
              <w:rPr>
                <w:sz w:val="20"/>
                <w:szCs w:val="20"/>
              </w:rPr>
            </w:pPr>
          </w:p>
        </w:tc>
      </w:tr>
      <w:tr w:rsidR="0022448F" w:rsidRPr="0022448F" w14:paraId="2B616BEB" w14:textId="77777777" w:rsidTr="00C63E71">
        <w:trPr>
          <w:cantSplit/>
        </w:trPr>
        <w:tc>
          <w:tcPr>
            <w:tcW w:w="3292" w:type="pct"/>
          </w:tcPr>
          <w:p w14:paraId="5CF38C84"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Does (……..) do or say things of a sexual nature that make you feel bad or that physically hurt you or someone else? (If someone else, specify who.)</w:t>
            </w:r>
          </w:p>
          <w:p w14:paraId="06628DD5" w14:textId="77777777" w:rsidR="0022448F" w:rsidRPr="0022448F" w:rsidRDefault="0022448F" w:rsidP="00C63E71">
            <w:pPr>
              <w:tabs>
                <w:tab w:val="num" w:pos="426"/>
              </w:tabs>
              <w:spacing w:before="60"/>
              <w:rPr>
                <w:sz w:val="20"/>
                <w:szCs w:val="20"/>
              </w:rPr>
            </w:pPr>
          </w:p>
        </w:tc>
        <w:tc>
          <w:tcPr>
            <w:tcW w:w="375" w:type="pct"/>
          </w:tcPr>
          <w:p w14:paraId="0DE7CABF"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1059B4DE"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5C7C53F5"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28ADB765" w14:textId="77777777" w:rsidR="0022448F" w:rsidRPr="0022448F" w:rsidRDefault="0022448F" w:rsidP="00C63E71">
            <w:pPr>
              <w:rPr>
                <w:sz w:val="20"/>
                <w:szCs w:val="20"/>
              </w:rPr>
            </w:pPr>
          </w:p>
        </w:tc>
      </w:tr>
      <w:tr w:rsidR="0022448F" w:rsidRPr="0022448F" w14:paraId="19A090B0" w14:textId="77777777" w:rsidTr="00C63E71">
        <w:trPr>
          <w:cantSplit/>
        </w:trPr>
        <w:tc>
          <w:tcPr>
            <w:tcW w:w="3292" w:type="pct"/>
          </w:tcPr>
          <w:p w14:paraId="5375E21F"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 xml:space="preserve">Is there any other person who has threatened you or who you are afraid of? (If yes, please specify whom and why. Consider extended family if HBV.) </w:t>
            </w:r>
          </w:p>
          <w:p w14:paraId="6C70B19A" w14:textId="77777777" w:rsidR="0022448F" w:rsidRPr="0022448F" w:rsidRDefault="0022448F" w:rsidP="00C63E71">
            <w:pPr>
              <w:tabs>
                <w:tab w:val="num" w:pos="426"/>
              </w:tabs>
              <w:spacing w:before="60"/>
              <w:ind w:left="397" w:hanging="397"/>
              <w:rPr>
                <w:sz w:val="20"/>
                <w:szCs w:val="20"/>
              </w:rPr>
            </w:pPr>
          </w:p>
        </w:tc>
        <w:tc>
          <w:tcPr>
            <w:tcW w:w="375" w:type="pct"/>
          </w:tcPr>
          <w:p w14:paraId="3A5A41D4"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339C369C"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0AE7DB49"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7BD44679" w14:textId="77777777" w:rsidR="0022448F" w:rsidRPr="0022448F" w:rsidRDefault="0022448F" w:rsidP="00C63E71">
            <w:pPr>
              <w:rPr>
                <w:sz w:val="20"/>
                <w:szCs w:val="20"/>
              </w:rPr>
            </w:pPr>
          </w:p>
        </w:tc>
      </w:tr>
      <w:tr w:rsidR="0022448F" w:rsidRPr="0022448F" w14:paraId="5B986861" w14:textId="77777777" w:rsidTr="00C63E71">
        <w:trPr>
          <w:cantSplit/>
        </w:trPr>
        <w:tc>
          <w:tcPr>
            <w:tcW w:w="3292" w:type="pct"/>
          </w:tcPr>
          <w:p w14:paraId="3FDB65D0"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Do you know if (………..) has hurt anyone else? (Please specify whom including the children, siblings or elderly relatives. Consider HBV.)</w:t>
            </w:r>
          </w:p>
          <w:p w14:paraId="5EDDA70A" w14:textId="77777777" w:rsidR="0022448F" w:rsidRPr="0022448F" w:rsidRDefault="0022448F" w:rsidP="00C63E71">
            <w:pPr>
              <w:tabs>
                <w:tab w:val="num" w:pos="426"/>
              </w:tabs>
              <w:spacing w:before="60"/>
              <w:ind w:left="397" w:hanging="397"/>
              <w:rPr>
                <w:b/>
                <w:bCs/>
                <w:sz w:val="20"/>
                <w:szCs w:val="20"/>
              </w:rPr>
            </w:pPr>
            <w:r w:rsidRPr="0022448F">
              <w:rPr>
                <w:sz w:val="20"/>
                <w:szCs w:val="20"/>
              </w:rPr>
              <w:tab/>
              <w:t xml:space="preserve">Children </w:t>
            </w:r>
            <w:r w:rsidRPr="0022448F">
              <w:rPr>
                <w:sz w:val="20"/>
                <w:szCs w:val="20"/>
              </w:rPr>
              <w:sym w:font="Wingdings" w:char="F0A8"/>
            </w:r>
            <w:r w:rsidRPr="0022448F">
              <w:rPr>
                <w:sz w:val="20"/>
                <w:szCs w:val="20"/>
              </w:rPr>
              <w:t xml:space="preserve"> Another family member  </w:t>
            </w:r>
            <w:r w:rsidRPr="0022448F">
              <w:rPr>
                <w:sz w:val="20"/>
                <w:szCs w:val="20"/>
              </w:rPr>
              <w:sym w:font="Wingdings" w:char="F0A8"/>
            </w:r>
            <w:r w:rsidRPr="0022448F">
              <w:rPr>
                <w:sz w:val="20"/>
                <w:szCs w:val="20"/>
              </w:rPr>
              <w:br/>
              <w:t xml:space="preserve">Someone from a previous relationship </w:t>
            </w:r>
            <w:r w:rsidRPr="0022448F">
              <w:rPr>
                <w:sz w:val="20"/>
                <w:szCs w:val="20"/>
              </w:rPr>
              <w:sym w:font="Wingdings" w:char="F0A8"/>
            </w:r>
            <w:r w:rsidRPr="0022448F">
              <w:rPr>
                <w:sz w:val="20"/>
                <w:szCs w:val="20"/>
              </w:rPr>
              <w:t xml:space="preserve"> Other (please specify) </w:t>
            </w:r>
            <w:r w:rsidRPr="0022448F">
              <w:rPr>
                <w:sz w:val="20"/>
                <w:szCs w:val="20"/>
              </w:rPr>
              <w:sym w:font="Wingdings" w:char="F0A8"/>
            </w:r>
            <w:r w:rsidRPr="0022448F">
              <w:rPr>
                <w:b/>
                <w:bCs/>
                <w:sz w:val="20"/>
                <w:szCs w:val="20"/>
              </w:rPr>
              <w:t xml:space="preserve">  </w:t>
            </w:r>
          </w:p>
          <w:p w14:paraId="785E1999" w14:textId="77777777" w:rsidR="0022448F" w:rsidRPr="0022448F" w:rsidRDefault="0022448F" w:rsidP="00C63E71">
            <w:pPr>
              <w:tabs>
                <w:tab w:val="num" w:pos="426"/>
              </w:tabs>
              <w:spacing w:before="60"/>
              <w:rPr>
                <w:sz w:val="20"/>
                <w:szCs w:val="20"/>
              </w:rPr>
            </w:pPr>
          </w:p>
        </w:tc>
        <w:tc>
          <w:tcPr>
            <w:tcW w:w="375" w:type="pct"/>
          </w:tcPr>
          <w:p w14:paraId="4D090329"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6DCB0A0B"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214D3325"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29AFE2B1" w14:textId="77777777" w:rsidR="0022448F" w:rsidRPr="0022448F" w:rsidRDefault="0022448F" w:rsidP="00C63E71">
            <w:pPr>
              <w:rPr>
                <w:sz w:val="20"/>
                <w:szCs w:val="20"/>
              </w:rPr>
            </w:pPr>
          </w:p>
        </w:tc>
      </w:tr>
      <w:tr w:rsidR="0022448F" w:rsidRPr="0022448F" w14:paraId="52AACF69" w14:textId="77777777" w:rsidTr="00C63E71">
        <w:trPr>
          <w:cantSplit/>
          <w:trHeight w:val="340"/>
        </w:trPr>
        <w:tc>
          <w:tcPr>
            <w:tcW w:w="3292" w:type="pct"/>
            <w:vAlign w:val="center"/>
          </w:tcPr>
          <w:p w14:paraId="00E94768"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Has (……….) ever mistreated an animal or the family pet?</w:t>
            </w:r>
          </w:p>
        </w:tc>
        <w:tc>
          <w:tcPr>
            <w:tcW w:w="375" w:type="pct"/>
          </w:tcPr>
          <w:p w14:paraId="1064FF0E" w14:textId="77777777" w:rsidR="0022448F" w:rsidRPr="0022448F" w:rsidRDefault="0022448F" w:rsidP="00C63E71">
            <w:pPr>
              <w:spacing w:before="60"/>
              <w:rPr>
                <w:sz w:val="20"/>
                <w:szCs w:val="20"/>
              </w:rPr>
            </w:pPr>
            <w:r w:rsidRPr="0022448F">
              <w:rPr>
                <w:sz w:val="20"/>
                <w:szCs w:val="20"/>
              </w:rPr>
              <w:fldChar w:fldCharType="begin">
                <w:ffData>
                  <w:name w:val="Check7"/>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0D997E41"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548D2B23"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46BCC3A8" w14:textId="77777777" w:rsidR="0022448F" w:rsidRPr="0022448F" w:rsidRDefault="0022448F" w:rsidP="00C63E71">
            <w:pPr>
              <w:rPr>
                <w:sz w:val="20"/>
                <w:szCs w:val="20"/>
              </w:rPr>
            </w:pPr>
          </w:p>
        </w:tc>
      </w:tr>
      <w:tr w:rsidR="0022448F" w:rsidRPr="0022448F" w14:paraId="40FE054A" w14:textId="77777777" w:rsidTr="00C63E71">
        <w:trPr>
          <w:cantSplit/>
        </w:trPr>
        <w:tc>
          <w:tcPr>
            <w:tcW w:w="3292" w:type="pct"/>
          </w:tcPr>
          <w:p w14:paraId="7DE3BEA4"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Are there any financial issues? For example, are you dependent on (…..) for money/have they recently lost their job/other financial issues?</w:t>
            </w:r>
          </w:p>
        </w:tc>
        <w:tc>
          <w:tcPr>
            <w:tcW w:w="375" w:type="pct"/>
          </w:tcPr>
          <w:p w14:paraId="25158F11" w14:textId="77777777" w:rsidR="0022448F" w:rsidRPr="0022448F" w:rsidRDefault="0022448F" w:rsidP="00C63E71">
            <w:pPr>
              <w:spacing w:before="60"/>
              <w:rPr>
                <w:sz w:val="20"/>
                <w:szCs w:val="20"/>
              </w:rPr>
            </w:pPr>
            <w:r w:rsidRPr="0022448F">
              <w:rPr>
                <w:sz w:val="20"/>
                <w:szCs w:val="20"/>
              </w:rPr>
              <w:fldChar w:fldCharType="begin">
                <w:ffData>
                  <w:name w:val="Check7"/>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471E51D2"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7135CC8A"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37F4AF83" w14:textId="77777777" w:rsidR="0022448F" w:rsidRPr="0022448F" w:rsidRDefault="0022448F" w:rsidP="00C63E71">
            <w:pPr>
              <w:rPr>
                <w:sz w:val="20"/>
                <w:szCs w:val="20"/>
              </w:rPr>
            </w:pPr>
          </w:p>
        </w:tc>
      </w:tr>
      <w:tr w:rsidR="0022448F" w:rsidRPr="0022448F" w14:paraId="2B63BD2E" w14:textId="77777777" w:rsidTr="00C63E71">
        <w:trPr>
          <w:cantSplit/>
        </w:trPr>
        <w:tc>
          <w:tcPr>
            <w:tcW w:w="3292" w:type="pct"/>
          </w:tcPr>
          <w:p w14:paraId="6C1DB368"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 xml:space="preserve">Has (……..) had problems in the past year with drugs </w:t>
            </w:r>
            <w:r w:rsidRPr="0022448F">
              <w:rPr>
                <w:sz w:val="20"/>
                <w:szCs w:val="20"/>
              </w:rPr>
              <w:br/>
              <w:t>(prescription or other), alcohol or mental health leading to problems in leading a normal life? (If yes, please specify which and give relevant details if known.)</w:t>
            </w:r>
            <w:r w:rsidRPr="0022448F">
              <w:rPr>
                <w:b/>
                <w:bCs/>
                <w:sz w:val="20"/>
                <w:szCs w:val="20"/>
              </w:rPr>
              <w:t xml:space="preserve">  </w:t>
            </w:r>
          </w:p>
          <w:p w14:paraId="4A78A094" w14:textId="77777777" w:rsidR="0022448F" w:rsidRPr="0022448F" w:rsidRDefault="0022448F" w:rsidP="00C63E71">
            <w:pPr>
              <w:tabs>
                <w:tab w:val="num" w:pos="426"/>
              </w:tabs>
              <w:spacing w:before="60"/>
              <w:ind w:left="397" w:hanging="397"/>
              <w:rPr>
                <w:sz w:val="20"/>
                <w:szCs w:val="20"/>
              </w:rPr>
            </w:pPr>
            <w:r w:rsidRPr="0022448F">
              <w:rPr>
                <w:sz w:val="20"/>
                <w:szCs w:val="20"/>
              </w:rPr>
              <w:tab/>
              <w:t xml:space="preserve">Drugs </w:t>
            </w:r>
            <w:r w:rsidRPr="0022448F">
              <w:rPr>
                <w:sz w:val="20"/>
                <w:szCs w:val="20"/>
              </w:rPr>
              <w:sym w:font="Wingdings" w:char="F0A8"/>
            </w:r>
            <w:r w:rsidRPr="0022448F">
              <w:rPr>
                <w:sz w:val="20"/>
                <w:szCs w:val="20"/>
              </w:rPr>
              <w:t xml:space="preserve"> Alcohol </w:t>
            </w:r>
            <w:r w:rsidRPr="0022448F">
              <w:rPr>
                <w:sz w:val="20"/>
                <w:szCs w:val="20"/>
              </w:rPr>
              <w:sym w:font="Wingdings" w:char="F0A8"/>
            </w:r>
            <w:r w:rsidRPr="0022448F">
              <w:rPr>
                <w:sz w:val="20"/>
                <w:szCs w:val="20"/>
              </w:rPr>
              <w:t xml:space="preserve"> Mental Health </w:t>
            </w:r>
            <w:r w:rsidRPr="0022448F">
              <w:rPr>
                <w:sz w:val="20"/>
                <w:szCs w:val="20"/>
              </w:rPr>
              <w:sym w:font="Wingdings" w:char="F0A8"/>
            </w:r>
          </w:p>
        </w:tc>
        <w:tc>
          <w:tcPr>
            <w:tcW w:w="375" w:type="pct"/>
          </w:tcPr>
          <w:p w14:paraId="10B53B17"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tcPr>
          <w:p w14:paraId="13A8955C"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4576A025"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72EA8E58" w14:textId="77777777" w:rsidR="0022448F" w:rsidRPr="0022448F" w:rsidRDefault="0022448F" w:rsidP="00C63E71">
            <w:pPr>
              <w:rPr>
                <w:sz w:val="20"/>
                <w:szCs w:val="20"/>
              </w:rPr>
            </w:pPr>
          </w:p>
        </w:tc>
      </w:tr>
    </w:tbl>
    <w:p w14:paraId="2C5D6740" w14:textId="77777777" w:rsidR="0022448F" w:rsidRPr="0022448F" w:rsidRDefault="0022448F" w:rsidP="0022448F">
      <w:pPr>
        <w:rPr>
          <w:sz w:val="20"/>
          <w:szCs w:val="20"/>
          <w:lang w:val="en-US"/>
        </w:rPr>
      </w:pPr>
    </w:p>
    <w:tbl>
      <w:tblPr>
        <w:tblpPr w:leftFromText="180" w:rightFromText="18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1"/>
        <w:gridCol w:w="766"/>
        <w:gridCol w:w="192"/>
        <w:gridCol w:w="523"/>
        <w:gridCol w:w="798"/>
        <w:gridCol w:w="1209"/>
      </w:tblGrid>
      <w:tr w:rsidR="0022448F" w:rsidRPr="0022448F" w14:paraId="2102B466" w14:textId="77777777" w:rsidTr="00C63E71">
        <w:trPr>
          <w:cantSplit/>
          <w:trHeight w:val="340"/>
        </w:trPr>
        <w:tc>
          <w:tcPr>
            <w:tcW w:w="3292" w:type="pct"/>
            <w:vAlign w:val="center"/>
          </w:tcPr>
          <w:p w14:paraId="164EDE6A"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Has (……) ever threatened or attempted suicide?</w:t>
            </w:r>
          </w:p>
        </w:tc>
        <w:tc>
          <w:tcPr>
            <w:tcW w:w="375" w:type="pct"/>
          </w:tcPr>
          <w:p w14:paraId="6AB74C04"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gridSpan w:val="2"/>
          </w:tcPr>
          <w:p w14:paraId="14EC288C"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42DC3656"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151D52EB" w14:textId="77777777" w:rsidR="0022448F" w:rsidRPr="0022448F" w:rsidRDefault="0022448F" w:rsidP="00C63E71">
            <w:pPr>
              <w:rPr>
                <w:sz w:val="20"/>
                <w:szCs w:val="20"/>
              </w:rPr>
            </w:pPr>
          </w:p>
        </w:tc>
      </w:tr>
      <w:tr w:rsidR="0022448F" w:rsidRPr="0022448F" w14:paraId="55FF7904" w14:textId="77777777" w:rsidTr="00C63E71">
        <w:trPr>
          <w:cantSplit/>
        </w:trPr>
        <w:tc>
          <w:tcPr>
            <w:tcW w:w="3292" w:type="pct"/>
          </w:tcPr>
          <w:p w14:paraId="7FCF7B47"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 xml:space="preserve">Has (………) ever broken bail/an injunction and/or formal agreement for when they can see you and/or the children? (You may wish to consider this in relation to an ex-partner of the perpetrator if relevant.) </w:t>
            </w:r>
          </w:p>
          <w:p w14:paraId="55B944E8" w14:textId="77777777" w:rsidR="0022448F" w:rsidRPr="0022448F" w:rsidRDefault="0022448F" w:rsidP="00C63E71">
            <w:pPr>
              <w:tabs>
                <w:tab w:val="num" w:pos="426"/>
              </w:tabs>
              <w:spacing w:before="60"/>
              <w:ind w:left="397" w:hanging="397"/>
              <w:rPr>
                <w:sz w:val="20"/>
                <w:szCs w:val="20"/>
              </w:rPr>
            </w:pPr>
            <w:r w:rsidRPr="0022448F">
              <w:rPr>
                <w:sz w:val="20"/>
                <w:szCs w:val="20"/>
              </w:rPr>
              <w:tab/>
              <w:t xml:space="preserve">Bail conditions </w:t>
            </w:r>
            <w:r w:rsidRPr="0022448F">
              <w:rPr>
                <w:sz w:val="20"/>
                <w:szCs w:val="20"/>
              </w:rPr>
              <w:sym w:font="Wingdings" w:char="F0A8"/>
            </w:r>
            <w:r w:rsidRPr="0022448F">
              <w:rPr>
                <w:sz w:val="20"/>
                <w:szCs w:val="20"/>
              </w:rPr>
              <w:t xml:space="preserve"> </w:t>
            </w:r>
            <w:proofErr w:type="gramStart"/>
            <w:r w:rsidRPr="0022448F">
              <w:rPr>
                <w:sz w:val="20"/>
                <w:szCs w:val="20"/>
              </w:rPr>
              <w:t>Non Molestation</w:t>
            </w:r>
            <w:proofErr w:type="gramEnd"/>
            <w:r w:rsidRPr="0022448F">
              <w:rPr>
                <w:sz w:val="20"/>
                <w:szCs w:val="20"/>
              </w:rPr>
              <w:t>/Occupation Order</w:t>
            </w:r>
            <w:r w:rsidRPr="0022448F">
              <w:rPr>
                <w:sz w:val="20"/>
                <w:szCs w:val="20"/>
              </w:rPr>
              <w:sym w:font="Wingdings" w:char="F0A8"/>
            </w:r>
            <w:r w:rsidRPr="0022448F">
              <w:rPr>
                <w:sz w:val="20"/>
                <w:szCs w:val="20"/>
              </w:rPr>
              <w:t xml:space="preserve">  </w:t>
            </w:r>
            <w:r w:rsidRPr="0022448F">
              <w:rPr>
                <w:sz w:val="20"/>
                <w:szCs w:val="20"/>
              </w:rPr>
              <w:br/>
              <w:t xml:space="preserve">Child Contact arrangements </w:t>
            </w:r>
            <w:r w:rsidRPr="0022448F">
              <w:rPr>
                <w:sz w:val="20"/>
                <w:szCs w:val="20"/>
              </w:rPr>
              <w:sym w:font="Wingdings" w:char="F0A8"/>
            </w:r>
            <w:r w:rsidRPr="0022448F">
              <w:rPr>
                <w:sz w:val="20"/>
                <w:szCs w:val="20"/>
              </w:rPr>
              <w:t xml:space="preserve"> </w:t>
            </w:r>
            <w:r w:rsidRPr="0022448F">
              <w:rPr>
                <w:sz w:val="20"/>
                <w:szCs w:val="20"/>
              </w:rPr>
              <w:br/>
              <w:t xml:space="preserve">Forced Marriage Protection Order </w:t>
            </w:r>
            <w:r w:rsidRPr="0022448F">
              <w:rPr>
                <w:sz w:val="20"/>
                <w:szCs w:val="20"/>
              </w:rPr>
              <w:sym w:font="Wingdings" w:char="F0A8"/>
            </w:r>
            <w:r w:rsidRPr="0022448F">
              <w:rPr>
                <w:sz w:val="20"/>
                <w:szCs w:val="20"/>
              </w:rPr>
              <w:t xml:space="preserve"> Other </w:t>
            </w:r>
            <w:bookmarkStart w:id="0" w:name="OLE_LINK1"/>
            <w:bookmarkStart w:id="1" w:name="OLE_LINK2"/>
            <w:r w:rsidRPr="0022448F">
              <w:rPr>
                <w:sz w:val="20"/>
                <w:szCs w:val="20"/>
              </w:rPr>
              <w:sym w:font="Wingdings" w:char="F0A8"/>
            </w:r>
            <w:bookmarkEnd w:id="0"/>
            <w:bookmarkEnd w:id="1"/>
          </w:p>
        </w:tc>
        <w:tc>
          <w:tcPr>
            <w:tcW w:w="375" w:type="pct"/>
          </w:tcPr>
          <w:p w14:paraId="3F956AB2"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gridSpan w:val="2"/>
          </w:tcPr>
          <w:p w14:paraId="622B1683"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p w14:paraId="2A0B965A" w14:textId="77777777" w:rsidR="0022448F" w:rsidRPr="0022448F" w:rsidRDefault="0022448F" w:rsidP="00C63E71">
            <w:pPr>
              <w:spacing w:before="60"/>
              <w:rPr>
                <w:sz w:val="20"/>
                <w:szCs w:val="20"/>
              </w:rPr>
            </w:pPr>
          </w:p>
        </w:tc>
        <w:tc>
          <w:tcPr>
            <w:tcW w:w="391" w:type="pct"/>
          </w:tcPr>
          <w:p w14:paraId="1993D0B7"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56BAC409" w14:textId="77777777" w:rsidR="0022448F" w:rsidRPr="0022448F" w:rsidRDefault="0022448F" w:rsidP="00C63E71">
            <w:pPr>
              <w:rPr>
                <w:sz w:val="20"/>
                <w:szCs w:val="20"/>
              </w:rPr>
            </w:pPr>
          </w:p>
        </w:tc>
      </w:tr>
      <w:tr w:rsidR="0022448F" w:rsidRPr="0022448F" w14:paraId="32E48B1B" w14:textId="77777777" w:rsidTr="00C63E71">
        <w:trPr>
          <w:cantSplit/>
        </w:trPr>
        <w:tc>
          <w:tcPr>
            <w:tcW w:w="3292" w:type="pct"/>
          </w:tcPr>
          <w:p w14:paraId="44D26FEF" w14:textId="77777777" w:rsidR="0022448F" w:rsidRPr="0022448F" w:rsidRDefault="0022448F">
            <w:pPr>
              <w:numPr>
                <w:ilvl w:val="0"/>
                <w:numId w:val="9"/>
              </w:numPr>
              <w:tabs>
                <w:tab w:val="clear" w:pos="720"/>
                <w:tab w:val="num" w:pos="426"/>
              </w:tabs>
              <w:spacing w:before="60" w:line="276" w:lineRule="auto"/>
              <w:ind w:left="397" w:hanging="397"/>
              <w:rPr>
                <w:sz w:val="20"/>
                <w:szCs w:val="20"/>
              </w:rPr>
            </w:pPr>
            <w:r w:rsidRPr="0022448F">
              <w:rPr>
                <w:sz w:val="20"/>
                <w:szCs w:val="20"/>
              </w:rPr>
              <w:t xml:space="preserve">Do you know if (……..) has ever been in trouble with the police or has a criminal history? (If yes, please specify.) </w:t>
            </w:r>
          </w:p>
          <w:p w14:paraId="581D09BA" w14:textId="77777777" w:rsidR="0022448F" w:rsidRPr="0022448F" w:rsidRDefault="0022448F" w:rsidP="00C63E71">
            <w:pPr>
              <w:tabs>
                <w:tab w:val="num" w:pos="426"/>
              </w:tabs>
              <w:spacing w:before="60"/>
              <w:ind w:left="397" w:hanging="397"/>
              <w:rPr>
                <w:sz w:val="20"/>
                <w:szCs w:val="20"/>
              </w:rPr>
            </w:pPr>
            <w:r w:rsidRPr="0022448F">
              <w:rPr>
                <w:sz w:val="20"/>
                <w:szCs w:val="20"/>
              </w:rPr>
              <w:tab/>
              <w:t xml:space="preserve">DV </w:t>
            </w:r>
            <w:r w:rsidRPr="0022448F">
              <w:rPr>
                <w:sz w:val="20"/>
                <w:szCs w:val="20"/>
              </w:rPr>
              <w:sym w:font="Wingdings" w:char="F0A8"/>
            </w:r>
            <w:r w:rsidRPr="0022448F">
              <w:rPr>
                <w:sz w:val="20"/>
                <w:szCs w:val="20"/>
              </w:rPr>
              <w:t xml:space="preserve"> Sexual violence </w:t>
            </w:r>
            <w:r w:rsidRPr="0022448F">
              <w:rPr>
                <w:sz w:val="20"/>
                <w:szCs w:val="20"/>
              </w:rPr>
              <w:sym w:font="Wingdings" w:char="F0A8"/>
            </w:r>
            <w:r w:rsidRPr="0022448F">
              <w:rPr>
                <w:sz w:val="20"/>
                <w:szCs w:val="20"/>
              </w:rPr>
              <w:t xml:space="preserve"> Other violence </w:t>
            </w:r>
            <w:r w:rsidRPr="0022448F">
              <w:rPr>
                <w:sz w:val="20"/>
                <w:szCs w:val="20"/>
              </w:rPr>
              <w:sym w:font="Wingdings" w:char="F0A8"/>
            </w:r>
            <w:r w:rsidRPr="0022448F">
              <w:rPr>
                <w:sz w:val="20"/>
                <w:szCs w:val="20"/>
              </w:rPr>
              <w:t xml:space="preserve"> Other </w:t>
            </w:r>
            <w:r w:rsidRPr="0022448F">
              <w:rPr>
                <w:sz w:val="20"/>
                <w:szCs w:val="20"/>
              </w:rPr>
              <w:sym w:font="Wingdings" w:char="F0A8"/>
            </w:r>
          </w:p>
        </w:tc>
        <w:tc>
          <w:tcPr>
            <w:tcW w:w="375" w:type="pct"/>
          </w:tcPr>
          <w:p w14:paraId="6D0AFF9B"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50" w:type="pct"/>
            <w:gridSpan w:val="2"/>
          </w:tcPr>
          <w:p w14:paraId="59FCD1BF"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391" w:type="pct"/>
          </w:tcPr>
          <w:p w14:paraId="530770B7" w14:textId="77777777" w:rsidR="0022448F" w:rsidRPr="0022448F" w:rsidRDefault="0022448F" w:rsidP="00C63E71">
            <w:pPr>
              <w:spacing w:before="60"/>
              <w:rPr>
                <w:sz w:val="20"/>
                <w:szCs w:val="20"/>
              </w:rPr>
            </w:pPr>
            <w:r w:rsidRPr="0022448F">
              <w:rPr>
                <w:sz w:val="20"/>
                <w:szCs w:val="20"/>
              </w:rPr>
              <w:fldChar w:fldCharType="begin">
                <w:ffData>
                  <w:name w:val="Check6"/>
                  <w:enabled/>
                  <w:calcOnExit w:val="0"/>
                  <w:checkBox>
                    <w:sizeAuto/>
                    <w:default w:val="0"/>
                  </w:checkBox>
                </w:ffData>
              </w:fldChar>
            </w:r>
            <w:r w:rsidRPr="0022448F">
              <w:rPr>
                <w:sz w:val="20"/>
                <w:szCs w:val="20"/>
              </w:rPr>
              <w:instrText xml:space="preserve"> FORMCHECKBOX </w:instrText>
            </w:r>
            <w:r w:rsidRPr="0022448F">
              <w:rPr>
                <w:sz w:val="20"/>
                <w:szCs w:val="20"/>
              </w:rPr>
            </w:r>
            <w:r w:rsidRPr="0022448F">
              <w:rPr>
                <w:sz w:val="20"/>
                <w:szCs w:val="20"/>
              </w:rPr>
              <w:fldChar w:fldCharType="separate"/>
            </w:r>
            <w:r w:rsidRPr="0022448F">
              <w:rPr>
                <w:sz w:val="20"/>
                <w:szCs w:val="20"/>
              </w:rPr>
              <w:fldChar w:fldCharType="end"/>
            </w:r>
          </w:p>
        </w:tc>
        <w:tc>
          <w:tcPr>
            <w:tcW w:w="592" w:type="pct"/>
          </w:tcPr>
          <w:p w14:paraId="5F7BFEA3" w14:textId="77777777" w:rsidR="0022448F" w:rsidRPr="0022448F" w:rsidRDefault="0022448F" w:rsidP="00C63E71">
            <w:pPr>
              <w:rPr>
                <w:sz w:val="20"/>
                <w:szCs w:val="20"/>
              </w:rPr>
            </w:pPr>
          </w:p>
        </w:tc>
      </w:tr>
      <w:tr w:rsidR="0022448F" w:rsidRPr="0022448F" w14:paraId="6E163988" w14:textId="77777777" w:rsidTr="00C63E71">
        <w:trPr>
          <w:cantSplit/>
          <w:trHeight w:val="550"/>
        </w:trPr>
        <w:tc>
          <w:tcPr>
            <w:tcW w:w="3292" w:type="pct"/>
            <w:vAlign w:val="center"/>
          </w:tcPr>
          <w:p w14:paraId="04B96720" w14:textId="77777777" w:rsidR="0022448F" w:rsidRPr="0022448F" w:rsidRDefault="0022448F" w:rsidP="00C63E71">
            <w:pPr>
              <w:spacing w:before="60" w:after="60"/>
              <w:jc w:val="right"/>
              <w:rPr>
                <w:sz w:val="20"/>
                <w:szCs w:val="20"/>
              </w:rPr>
            </w:pPr>
            <w:r w:rsidRPr="0022448F">
              <w:rPr>
                <w:sz w:val="20"/>
                <w:szCs w:val="20"/>
              </w:rPr>
              <w:t>Total ‘</w:t>
            </w:r>
            <w:proofErr w:type="spellStart"/>
            <w:r w:rsidRPr="0022448F">
              <w:rPr>
                <w:sz w:val="20"/>
                <w:szCs w:val="20"/>
              </w:rPr>
              <w:t>yes’</w:t>
            </w:r>
            <w:proofErr w:type="spellEnd"/>
            <w:r w:rsidRPr="0022448F">
              <w:rPr>
                <w:sz w:val="20"/>
                <w:szCs w:val="20"/>
              </w:rPr>
              <w:t xml:space="preserve"> responses </w:t>
            </w:r>
          </w:p>
        </w:tc>
        <w:tc>
          <w:tcPr>
            <w:tcW w:w="1115" w:type="pct"/>
            <w:gridSpan w:val="4"/>
          </w:tcPr>
          <w:p w14:paraId="57B5E1B5" w14:textId="77777777" w:rsidR="0022448F" w:rsidRPr="0022448F" w:rsidRDefault="0022448F" w:rsidP="00C63E71">
            <w:pPr>
              <w:rPr>
                <w:sz w:val="20"/>
                <w:szCs w:val="20"/>
              </w:rPr>
            </w:pPr>
          </w:p>
        </w:tc>
        <w:tc>
          <w:tcPr>
            <w:tcW w:w="592" w:type="pct"/>
          </w:tcPr>
          <w:p w14:paraId="77A0C799" w14:textId="77777777" w:rsidR="0022448F" w:rsidRPr="0022448F" w:rsidRDefault="0022448F" w:rsidP="00C63E71">
            <w:pPr>
              <w:rPr>
                <w:sz w:val="20"/>
                <w:szCs w:val="20"/>
              </w:rPr>
            </w:pPr>
          </w:p>
        </w:tc>
      </w:tr>
      <w:tr w:rsidR="0022448F" w:rsidRPr="0022448F" w14:paraId="15214DAD" w14:textId="77777777" w:rsidTr="00C63E71">
        <w:trPr>
          <w:cantSplit/>
          <w:trHeight w:val="550"/>
        </w:trPr>
        <w:tc>
          <w:tcPr>
            <w:tcW w:w="5000" w:type="pct"/>
            <w:gridSpan w:val="6"/>
          </w:tcPr>
          <w:p w14:paraId="65AA0779" w14:textId="77777777" w:rsidR="0022448F" w:rsidRPr="0022448F" w:rsidRDefault="0022448F" w:rsidP="00C63E71">
            <w:pPr>
              <w:rPr>
                <w:b/>
                <w:bCs/>
                <w:sz w:val="20"/>
                <w:szCs w:val="20"/>
              </w:rPr>
            </w:pPr>
            <w:r w:rsidRPr="0022448F">
              <w:rPr>
                <w:b/>
                <w:bCs/>
                <w:sz w:val="20"/>
                <w:szCs w:val="20"/>
              </w:rPr>
              <w:t xml:space="preserve">For consideration by professional: </w:t>
            </w:r>
            <w:r w:rsidRPr="0022448F">
              <w:rPr>
                <w:sz w:val="20"/>
                <w:szCs w:val="20"/>
              </w:rPr>
              <w:t>Is there any other relevant information (from victim or professional) which may increase risk levels? Consider victim’s situation in relation to disability, substance misuse, mental health issues, cultural/language barriers, ‘honour’- based systems and minimisation. Are they willing to engage with your service? Describe:</w:t>
            </w:r>
            <w:r w:rsidRPr="0022448F">
              <w:rPr>
                <w:b/>
                <w:bCs/>
                <w:sz w:val="20"/>
                <w:szCs w:val="20"/>
              </w:rPr>
              <w:t>.</w:t>
            </w:r>
          </w:p>
          <w:p w14:paraId="46ED8A8B" w14:textId="77777777" w:rsidR="0022448F" w:rsidRPr="0022448F" w:rsidRDefault="0022448F" w:rsidP="00C63E71">
            <w:pPr>
              <w:rPr>
                <w:sz w:val="20"/>
                <w:szCs w:val="20"/>
              </w:rPr>
            </w:pPr>
          </w:p>
          <w:p w14:paraId="21E8CB51" w14:textId="77777777" w:rsidR="0022448F" w:rsidRPr="0022448F" w:rsidRDefault="0022448F" w:rsidP="00C63E71">
            <w:pPr>
              <w:rPr>
                <w:sz w:val="20"/>
                <w:szCs w:val="20"/>
              </w:rPr>
            </w:pPr>
          </w:p>
          <w:p w14:paraId="7ACCAD93" w14:textId="77777777" w:rsidR="0022448F" w:rsidRPr="0022448F" w:rsidRDefault="0022448F" w:rsidP="00C63E71">
            <w:pPr>
              <w:rPr>
                <w:sz w:val="20"/>
                <w:szCs w:val="20"/>
              </w:rPr>
            </w:pPr>
            <w:r w:rsidRPr="0022448F">
              <w:rPr>
                <w:sz w:val="20"/>
                <w:szCs w:val="20"/>
              </w:rPr>
              <w:t>Consider abuser’s occupation/interests - could this give them unique access to weapons? Describe:</w:t>
            </w:r>
          </w:p>
          <w:p w14:paraId="192BE7BA" w14:textId="77777777" w:rsidR="0022448F" w:rsidRPr="0022448F" w:rsidRDefault="0022448F" w:rsidP="00C63E71">
            <w:pPr>
              <w:rPr>
                <w:sz w:val="20"/>
                <w:szCs w:val="20"/>
              </w:rPr>
            </w:pPr>
          </w:p>
          <w:p w14:paraId="44657FD8" w14:textId="77777777" w:rsidR="0022448F" w:rsidRPr="0022448F" w:rsidRDefault="0022448F" w:rsidP="00C63E71">
            <w:pPr>
              <w:rPr>
                <w:sz w:val="20"/>
                <w:szCs w:val="20"/>
              </w:rPr>
            </w:pPr>
          </w:p>
          <w:p w14:paraId="04E660EE" w14:textId="77777777" w:rsidR="0022448F" w:rsidRPr="0022448F" w:rsidRDefault="0022448F" w:rsidP="00C63E71">
            <w:pPr>
              <w:rPr>
                <w:sz w:val="20"/>
                <w:szCs w:val="20"/>
              </w:rPr>
            </w:pPr>
          </w:p>
        </w:tc>
      </w:tr>
      <w:tr w:rsidR="0022448F" w:rsidRPr="00253B74" w14:paraId="43A16E8B" w14:textId="77777777" w:rsidTr="00C63E71">
        <w:trPr>
          <w:cantSplit/>
          <w:trHeight w:val="550"/>
        </w:trPr>
        <w:tc>
          <w:tcPr>
            <w:tcW w:w="5000" w:type="pct"/>
            <w:gridSpan w:val="6"/>
          </w:tcPr>
          <w:p w14:paraId="39AD96B4" w14:textId="77777777" w:rsidR="0022448F" w:rsidRPr="00253B74" w:rsidRDefault="0022448F" w:rsidP="00C63E71">
            <w:pPr>
              <w:rPr>
                <w:sz w:val="20"/>
                <w:szCs w:val="20"/>
              </w:rPr>
            </w:pPr>
            <w:r w:rsidRPr="00253B74">
              <w:rPr>
                <w:sz w:val="20"/>
                <w:szCs w:val="20"/>
              </w:rPr>
              <w:lastRenderedPageBreak/>
              <w:t xml:space="preserve">What are the victim’s greatest priorities to address their safety? </w:t>
            </w:r>
          </w:p>
          <w:p w14:paraId="537B3B5A" w14:textId="77777777" w:rsidR="0022448F" w:rsidRPr="00253B74" w:rsidRDefault="0022448F" w:rsidP="00C63E71">
            <w:pPr>
              <w:rPr>
                <w:sz w:val="20"/>
                <w:szCs w:val="20"/>
              </w:rPr>
            </w:pPr>
          </w:p>
          <w:p w14:paraId="39A0BBDF" w14:textId="77777777" w:rsidR="0022448F" w:rsidRPr="00253B74" w:rsidRDefault="0022448F" w:rsidP="00C63E71">
            <w:pPr>
              <w:rPr>
                <w:sz w:val="20"/>
                <w:szCs w:val="20"/>
              </w:rPr>
            </w:pPr>
          </w:p>
          <w:p w14:paraId="66541B1F" w14:textId="77777777" w:rsidR="0022448F" w:rsidRPr="00253B74" w:rsidRDefault="0022448F" w:rsidP="00C63E71">
            <w:pPr>
              <w:rPr>
                <w:sz w:val="20"/>
                <w:szCs w:val="20"/>
              </w:rPr>
            </w:pPr>
          </w:p>
        </w:tc>
      </w:tr>
      <w:tr w:rsidR="0022448F" w:rsidRPr="00253B74" w14:paraId="59C9173E" w14:textId="77777777" w:rsidTr="00C63E71">
        <w:trPr>
          <w:cantSplit/>
          <w:trHeight w:val="1095"/>
        </w:trPr>
        <w:tc>
          <w:tcPr>
            <w:tcW w:w="5000" w:type="pct"/>
            <w:gridSpan w:val="6"/>
          </w:tcPr>
          <w:p w14:paraId="231AB51F" w14:textId="77777777" w:rsidR="0022448F" w:rsidRPr="00253B74" w:rsidRDefault="0022448F" w:rsidP="00C63E71">
            <w:pPr>
              <w:rPr>
                <w:b/>
                <w:bCs/>
                <w:sz w:val="20"/>
                <w:szCs w:val="20"/>
              </w:rPr>
            </w:pPr>
            <w:r w:rsidRPr="00253B74">
              <w:rPr>
                <w:b/>
                <w:bCs/>
                <w:sz w:val="20"/>
                <w:szCs w:val="20"/>
              </w:rPr>
              <w:t xml:space="preserve">Do you believe that there are reasonable grounds for referring this case to MARAC? </w:t>
            </w:r>
          </w:p>
          <w:p w14:paraId="52A32BF2" w14:textId="77777777" w:rsidR="0022448F" w:rsidRPr="00253B74" w:rsidRDefault="0022448F" w:rsidP="00C63E71">
            <w:pPr>
              <w:rPr>
                <w:sz w:val="20"/>
                <w:szCs w:val="20"/>
              </w:rPr>
            </w:pPr>
            <w:r w:rsidRPr="00253B74">
              <w:rPr>
                <w:sz w:val="20"/>
                <w:szCs w:val="20"/>
              </w:rPr>
              <w:t>Yes / No</w:t>
            </w:r>
          </w:p>
          <w:p w14:paraId="58D9B9E8" w14:textId="77777777" w:rsidR="0022448F" w:rsidRPr="00253B74" w:rsidRDefault="0022448F" w:rsidP="00C63E71">
            <w:pPr>
              <w:rPr>
                <w:b/>
                <w:bCs/>
                <w:sz w:val="20"/>
                <w:szCs w:val="20"/>
              </w:rPr>
            </w:pPr>
            <w:r w:rsidRPr="00253B74">
              <w:rPr>
                <w:sz w:val="20"/>
                <w:szCs w:val="20"/>
              </w:rPr>
              <w:t>If yes, have you made a referral? Yes/No</w:t>
            </w:r>
          </w:p>
          <w:p w14:paraId="33BDCEB3" w14:textId="77777777" w:rsidR="0022448F" w:rsidRPr="00253B74" w:rsidRDefault="0022448F" w:rsidP="00C63E71">
            <w:pPr>
              <w:tabs>
                <w:tab w:val="left" w:pos="8400"/>
              </w:tabs>
              <w:rPr>
                <w:b/>
                <w:bCs/>
                <w:sz w:val="20"/>
                <w:szCs w:val="20"/>
              </w:rPr>
            </w:pPr>
          </w:p>
          <w:p w14:paraId="13AF8591" w14:textId="77777777" w:rsidR="0022448F" w:rsidRPr="00253B74" w:rsidRDefault="0022448F" w:rsidP="00C63E71">
            <w:pPr>
              <w:tabs>
                <w:tab w:val="left" w:pos="8400"/>
              </w:tabs>
              <w:rPr>
                <w:b/>
                <w:bCs/>
                <w:sz w:val="20"/>
                <w:szCs w:val="20"/>
              </w:rPr>
            </w:pPr>
            <w:r w:rsidRPr="00253B74">
              <w:rPr>
                <w:b/>
                <w:bCs/>
                <w:sz w:val="20"/>
                <w:szCs w:val="20"/>
              </w:rPr>
              <w:t xml:space="preserve">Signed:  </w:t>
            </w:r>
          </w:p>
          <w:p w14:paraId="4FA3CBAA" w14:textId="77777777" w:rsidR="0022448F" w:rsidRPr="00253B74" w:rsidRDefault="0022448F" w:rsidP="00C63E71">
            <w:pPr>
              <w:tabs>
                <w:tab w:val="left" w:pos="8400"/>
              </w:tabs>
              <w:rPr>
                <w:b/>
                <w:bCs/>
                <w:sz w:val="20"/>
                <w:szCs w:val="20"/>
              </w:rPr>
            </w:pPr>
            <w:r w:rsidRPr="00253B74">
              <w:rPr>
                <w:b/>
                <w:bCs/>
                <w:sz w:val="20"/>
                <w:szCs w:val="20"/>
              </w:rPr>
              <w:t>Date:</w:t>
            </w:r>
          </w:p>
        </w:tc>
      </w:tr>
      <w:tr w:rsidR="0022448F" w:rsidRPr="00253B74" w14:paraId="668C357C" w14:textId="77777777" w:rsidTr="00C63E71">
        <w:trPr>
          <w:cantSplit/>
          <w:trHeight w:val="1095"/>
        </w:trPr>
        <w:tc>
          <w:tcPr>
            <w:tcW w:w="5000" w:type="pct"/>
            <w:gridSpan w:val="6"/>
          </w:tcPr>
          <w:p w14:paraId="128D813D" w14:textId="77777777" w:rsidR="0022448F" w:rsidRPr="00253B74" w:rsidRDefault="0022448F" w:rsidP="00C63E71">
            <w:pPr>
              <w:rPr>
                <w:b/>
                <w:bCs/>
                <w:sz w:val="20"/>
                <w:szCs w:val="20"/>
              </w:rPr>
            </w:pPr>
            <w:r w:rsidRPr="00253B74">
              <w:rPr>
                <w:b/>
                <w:bCs/>
                <w:sz w:val="20"/>
                <w:szCs w:val="20"/>
              </w:rPr>
              <w:t xml:space="preserve">Do you believe that there are risks facing the children in the family? Yes  </w:t>
            </w:r>
          </w:p>
          <w:p w14:paraId="59A3C139" w14:textId="77777777" w:rsidR="0022448F" w:rsidRPr="00253B74" w:rsidRDefault="0022448F" w:rsidP="00C63E71">
            <w:pPr>
              <w:rPr>
                <w:sz w:val="20"/>
                <w:szCs w:val="20"/>
              </w:rPr>
            </w:pPr>
            <w:r w:rsidRPr="00253B74">
              <w:rPr>
                <w:sz w:val="20"/>
                <w:szCs w:val="20"/>
              </w:rPr>
              <w:t xml:space="preserve">If yes, please confirm if you have made a referral to safeguard the children: Yes / No </w:t>
            </w:r>
          </w:p>
          <w:p w14:paraId="7A388D28" w14:textId="77777777" w:rsidR="0022448F" w:rsidRPr="00253B74" w:rsidRDefault="0022448F" w:rsidP="00C63E71">
            <w:pPr>
              <w:rPr>
                <w:sz w:val="20"/>
                <w:szCs w:val="20"/>
              </w:rPr>
            </w:pPr>
            <w:r w:rsidRPr="00253B74">
              <w:rPr>
                <w:sz w:val="20"/>
                <w:szCs w:val="20"/>
              </w:rPr>
              <w:t>Date referral made …………………………………………….</w:t>
            </w:r>
          </w:p>
        </w:tc>
      </w:tr>
      <w:tr w:rsidR="0022448F" w:rsidRPr="00253B74" w14:paraId="6E869E3A" w14:textId="77777777" w:rsidTr="00C63E71">
        <w:trPr>
          <w:cantSplit/>
          <w:trHeight w:val="919"/>
        </w:trPr>
        <w:tc>
          <w:tcPr>
            <w:tcW w:w="3761" w:type="pct"/>
            <w:gridSpan w:val="3"/>
          </w:tcPr>
          <w:p w14:paraId="2BECBCED" w14:textId="77777777" w:rsidR="0022448F" w:rsidRPr="00253B74" w:rsidRDefault="0022448F" w:rsidP="00C63E71">
            <w:pPr>
              <w:rPr>
                <w:b/>
                <w:bCs/>
                <w:sz w:val="20"/>
                <w:szCs w:val="20"/>
              </w:rPr>
            </w:pPr>
            <w:r w:rsidRPr="00253B74">
              <w:rPr>
                <w:b/>
                <w:bCs/>
                <w:sz w:val="20"/>
                <w:szCs w:val="20"/>
              </w:rPr>
              <w:t>Signed:</w:t>
            </w:r>
          </w:p>
          <w:p w14:paraId="341892A3" w14:textId="77777777" w:rsidR="0022448F" w:rsidRPr="00253B74" w:rsidRDefault="0022448F" w:rsidP="00C63E71">
            <w:pPr>
              <w:rPr>
                <w:b/>
                <w:bCs/>
                <w:sz w:val="20"/>
                <w:szCs w:val="20"/>
              </w:rPr>
            </w:pPr>
          </w:p>
          <w:p w14:paraId="2DBE3615" w14:textId="77777777" w:rsidR="0022448F" w:rsidRPr="00253B74" w:rsidRDefault="0022448F" w:rsidP="00C63E71">
            <w:pPr>
              <w:rPr>
                <w:b/>
                <w:bCs/>
                <w:sz w:val="20"/>
                <w:szCs w:val="20"/>
              </w:rPr>
            </w:pPr>
            <w:r w:rsidRPr="00253B74">
              <w:rPr>
                <w:b/>
                <w:bCs/>
                <w:sz w:val="20"/>
                <w:szCs w:val="20"/>
              </w:rPr>
              <w:t>Name:</w:t>
            </w:r>
          </w:p>
        </w:tc>
        <w:tc>
          <w:tcPr>
            <w:tcW w:w="1239" w:type="pct"/>
            <w:gridSpan w:val="3"/>
          </w:tcPr>
          <w:p w14:paraId="752D8650" w14:textId="77777777" w:rsidR="0022448F" w:rsidRPr="00253B74" w:rsidRDefault="0022448F" w:rsidP="00C63E71">
            <w:pPr>
              <w:rPr>
                <w:b/>
                <w:bCs/>
                <w:sz w:val="20"/>
                <w:szCs w:val="20"/>
              </w:rPr>
            </w:pPr>
            <w:r w:rsidRPr="00253B74">
              <w:rPr>
                <w:b/>
                <w:bCs/>
                <w:sz w:val="20"/>
                <w:szCs w:val="20"/>
              </w:rPr>
              <w:t>Date:</w:t>
            </w:r>
          </w:p>
        </w:tc>
      </w:tr>
    </w:tbl>
    <w:p w14:paraId="70026C16" w14:textId="4D8B44ED" w:rsidR="00E22967" w:rsidRPr="00E22967" w:rsidRDefault="00E22967" w:rsidP="00E22967">
      <w:pPr>
        <w:pStyle w:val="Heading1"/>
      </w:pPr>
    </w:p>
    <w:sectPr w:rsidR="00E22967" w:rsidRPr="00E22967" w:rsidSect="00E45844">
      <w:headerReference w:type="default" r:id="rId8"/>
      <w:footerReference w:type="default" r:id="rId9"/>
      <w:pgSz w:w="11906" w:h="16838"/>
      <w:pgMar w:top="1159" w:right="991" w:bottom="1440" w:left="851"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972D" w14:textId="77777777" w:rsidR="0033038D" w:rsidRDefault="0033038D" w:rsidP="00D817FF">
      <w:r>
        <w:separator/>
      </w:r>
    </w:p>
  </w:endnote>
  <w:endnote w:type="continuationSeparator" w:id="0">
    <w:p w14:paraId="12359731" w14:textId="77777777" w:rsidR="0033038D" w:rsidRDefault="0033038D" w:rsidP="00D81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9332" w14:textId="77777777" w:rsidR="003835B2" w:rsidRDefault="00383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64BA" w14:textId="77777777" w:rsidR="0033038D" w:rsidRDefault="0033038D" w:rsidP="00D817FF">
      <w:r>
        <w:separator/>
      </w:r>
    </w:p>
  </w:footnote>
  <w:footnote w:type="continuationSeparator" w:id="0">
    <w:p w14:paraId="7FAEBA61" w14:textId="77777777" w:rsidR="0033038D" w:rsidRDefault="0033038D" w:rsidP="00D817FF">
      <w:r>
        <w:continuationSeparator/>
      </w:r>
    </w:p>
  </w:footnote>
  <w:footnote w:id="1">
    <w:p w14:paraId="7F117DD5" w14:textId="2E638163" w:rsidR="0022448F" w:rsidRDefault="0022448F">
      <w:pPr>
        <w:pStyle w:val="FootnoteText"/>
      </w:pPr>
      <w:r>
        <w:rPr>
          <w:rStyle w:val="FootnoteReference"/>
        </w:rPr>
        <w:footnoteRef/>
      </w:r>
      <w:r>
        <w:t xml:space="preserve"> </w:t>
      </w:r>
      <w:r w:rsidRPr="00FF462A">
        <w:t>Note: This checklist is consistent with the ACPO endorsed risk assessment model DASH 2009 for the police service.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6CD3" w14:textId="3D59D564" w:rsidR="003835B2" w:rsidRPr="00DB07EC" w:rsidRDefault="003835B2" w:rsidP="00DB07EC">
    <w:pPr>
      <w:pStyle w:val="Title"/>
      <w:jc w:val="center"/>
      <w:rPr>
        <w:rFonts w:ascii="Arial" w:hAnsi="Arial" w:cs="Arial"/>
        <w:i/>
        <w:iCs/>
        <w:color w:val="auto"/>
        <w:sz w:val="22"/>
        <w:szCs w:val="22"/>
      </w:rPr>
    </w:pPr>
    <w:r w:rsidRPr="00DB07EC">
      <w:rPr>
        <w:rFonts w:ascii="Arial" w:hAnsi="Arial" w:cs="Arial"/>
        <w:i/>
        <w:iCs/>
        <w:color w:val="auto"/>
        <w:sz w:val="22"/>
        <w:szCs w:val="22"/>
      </w:rPr>
      <w:t>MULTI AGENCY RISK ASSESSMENT CONFERENCE (MARAC) PROCEDURES</w:t>
    </w:r>
    <w:r w:rsidRPr="00DB07EC">
      <w:rPr>
        <w:rFonts w:ascii="Arial" w:hAnsi="Arial" w:cs="Arial"/>
        <w:i/>
        <w:iCs/>
        <w:color w:val="auto"/>
        <w:sz w:val="22"/>
        <w:szCs w:val="22"/>
      </w:rPr>
      <w:t xml:space="preserve"> </w:t>
    </w:r>
    <w:r w:rsidRPr="00DB07EC">
      <w:rPr>
        <w:rFonts w:ascii="Arial" w:hAnsi="Arial" w:cs="Arial"/>
        <w:i/>
        <w:iCs/>
        <w:color w:val="auto"/>
        <w:sz w:val="22"/>
        <w:szCs w:val="22"/>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2102920"/>
    <w:multiLevelType w:val="multilevel"/>
    <w:tmpl w:val="4F84F874"/>
    <w:styleLink w:val="Numberedlist"/>
    <w:lvl w:ilvl="0">
      <w:start w:val="1"/>
      <w:numFmt w:val="decimal"/>
      <w:lvlText w:val="%1."/>
      <w:lvlJc w:val="left"/>
      <w:pPr>
        <w:tabs>
          <w:tab w:val="num" w:pos="720"/>
        </w:tabs>
        <w:ind w:left="720" w:hanging="360"/>
      </w:pPr>
      <w:rPr>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464599C"/>
    <w:multiLevelType w:val="multilevel"/>
    <w:tmpl w:val="70EA32DC"/>
    <w:lvl w:ilvl="0">
      <w:start w:val="1"/>
      <w:numFmt w:val="bullet"/>
      <w:pStyle w:val="BulletLis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60D14B6"/>
    <w:multiLevelType w:val="multilevel"/>
    <w:tmpl w:val="4F84F874"/>
    <w:numStyleLink w:val="Numberedlist"/>
  </w:abstractNum>
  <w:num w:numId="1" w16cid:durableId="82534772">
    <w:abstractNumId w:val="5"/>
  </w:num>
  <w:num w:numId="2" w16cid:durableId="884562514">
    <w:abstractNumId w:val="4"/>
  </w:num>
  <w:num w:numId="3" w16cid:durableId="74403788">
    <w:abstractNumId w:val="3"/>
  </w:num>
  <w:num w:numId="4" w16cid:durableId="62729199">
    <w:abstractNumId w:val="2"/>
  </w:num>
  <w:num w:numId="5" w16cid:durableId="1697147833">
    <w:abstractNumId w:val="1"/>
  </w:num>
  <w:num w:numId="6" w16cid:durableId="568462033">
    <w:abstractNumId w:val="0"/>
  </w:num>
  <w:num w:numId="7" w16cid:durableId="454258726">
    <w:abstractNumId w:val="7"/>
  </w:num>
  <w:num w:numId="8" w16cid:durableId="1712412680">
    <w:abstractNumId w:val="6"/>
  </w:num>
  <w:num w:numId="9" w16cid:durableId="476067381">
    <w:abstractNumId w:val="8"/>
    <w:lvlOverride w:ilvl="0">
      <w:lvl w:ilvl="0">
        <w:start w:val="1"/>
        <w:numFmt w:val="decimal"/>
        <w:lvlText w:val="%1."/>
        <w:lvlJc w:val="left"/>
        <w:pPr>
          <w:tabs>
            <w:tab w:val="num" w:pos="720"/>
          </w:tabs>
          <w:ind w:left="720" w:hanging="360"/>
        </w:pPr>
        <w:rPr>
          <w:sz w:val="20"/>
          <w:szCs w:val="20"/>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EC"/>
    <w:rsid w:val="00034700"/>
    <w:rsid w:val="00071330"/>
    <w:rsid w:val="00081E21"/>
    <w:rsid w:val="000A5613"/>
    <w:rsid w:val="000C4089"/>
    <w:rsid w:val="00147E38"/>
    <w:rsid w:val="001A6348"/>
    <w:rsid w:val="001B05BA"/>
    <w:rsid w:val="001C4AE8"/>
    <w:rsid w:val="0022448F"/>
    <w:rsid w:val="00273234"/>
    <w:rsid w:val="00280C80"/>
    <w:rsid w:val="002B2976"/>
    <w:rsid w:val="002C4C6D"/>
    <w:rsid w:val="002E4EF2"/>
    <w:rsid w:val="0033038D"/>
    <w:rsid w:val="0033190B"/>
    <w:rsid w:val="00344752"/>
    <w:rsid w:val="003835B2"/>
    <w:rsid w:val="00414687"/>
    <w:rsid w:val="004350AA"/>
    <w:rsid w:val="00443854"/>
    <w:rsid w:val="004E085D"/>
    <w:rsid w:val="00504634"/>
    <w:rsid w:val="005A7C9C"/>
    <w:rsid w:val="00645CF8"/>
    <w:rsid w:val="006633D2"/>
    <w:rsid w:val="00666DC4"/>
    <w:rsid w:val="006916AE"/>
    <w:rsid w:val="0076459C"/>
    <w:rsid w:val="007D0FF3"/>
    <w:rsid w:val="007E6D66"/>
    <w:rsid w:val="00800FBA"/>
    <w:rsid w:val="008042AE"/>
    <w:rsid w:val="00830861"/>
    <w:rsid w:val="008B65B5"/>
    <w:rsid w:val="00937B0C"/>
    <w:rsid w:val="009B237A"/>
    <w:rsid w:val="009C7B54"/>
    <w:rsid w:val="009E660C"/>
    <w:rsid w:val="009F4C87"/>
    <w:rsid w:val="00A25ED5"/>
    <w:rsid w:val="00A37C5F"/>
    <w:rsid w:val="00AD3D62"/>
    <w:rsid w:val="00AF7BB4"/>
    <w:rsid w:val="00B174C2"/>
    <w:rsid w:val="00B23D02"/>
    <w:rsid w:val="00B65189"/>
    <w:rsid w:val="00B84742"/>
    <w:rsid w:val="00B85F62"/>
    <w:rsid w:val="00B91343"/>
    <w:rsid w:val="00BA2D27"/>
    <w:rsid w:val="00BD1C25"/>
    <w:rsid w:val="00C12F08"/>
    <w:rsid w:val="00C8671B"/>
    <w:rsid w:val="00CE465D"/>
    <w:rsid w:val="00D0683D"/>
    <w:rsid w:val="00D3501C"/>
    <w:rsid w:val="00D4396F"/>
    <w:rsid w:val="00D64F17"/>
    <w:rsid w:val="00D817FF"/>
    <w:rsid w:val="00DB07EC"/>
    <w:rsid w:val="00DF5737"/>
    <w:rsid w:val="00E03AA5"/>
    <w:rsid w:val="00E22967"/>
    <w:rsid w:val="00E45844"/>
    <w:rsid w:val="00E60CC7"/>
    <w:rsid w:val="00EB13EC"/>
    <w:rsid w:val="00ED6453"/>
    <w:rsid w:val="00F31B56"/>
    <w:rsid w:val="00F52522"/>
    <w:rsid w:val="00F61E3A"/>
    <w:rsid w:val="00F639CF"/>
    <w:rsid w:val="00F86E21"/>
    <w:rsid w:val="00FB7EB1"/>
    <w:rsid w:val="00FD553E"/>
    <w:rsid w:val="00FF2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B9F7E"/>
  <w15:chartTrackingRefBased/>
  <w15:docId w15:val="{177C1223-C653-4A1E-BA8B-96E2FDE9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ptos"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2"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7"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D62"/>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9"/>
    <w:qFormat/>
    <w:rsid w:val="00081E21"/>
    <w:pPr>
      <w:keepNext/>
      <w:keepLines/>
      <w:spacing w:before="120"/>
      <w:outlineLvl w:val="0"/>
    </w:pPr>
    <w:rPr>
      <w:rFonts w:eastAsiaTheme="majorEastAsia" w:cstheme="majorBidi"/>
      <w:b/>
      <w:bCs/>
      <w:sz w:val="36"/>
      <w:szCs w:val="28"/>
    </w:rPr>
  </w:style>
  <w:style w:type="paragraph" w:styleId="Heading2">
    <w:name w:val="heading 2"/>
    <w:basedOn w:val="Normal"/>
    <w:next w:val="Normal"/>
    <w:link w:val="Heading2Char"/>
    <w:uiPriority w:val="2"/>
    <w:qFormat/>
    <w:rsid w:val="00081E21"/>
    <w:pPr>
      <w:keepNext/>
      <w:keepLines/>
      <w:spacing w:before="240"/>
      <w:outlineLvl w:val="1"/>
    </w:pPr>
    <w:rPr>
      <w:rFonts w:eastAsiaTheme="majorEastAsia" w:cstheme="majorBidi"/>
      <w:b/>
      <w:bCs/>
      <w:sz w:val="26"/>
      <w:szCs w:val="26"/>
    </w:rPr>
  </w:style>
  <w:style w:type="paragraph" w:styleId="Heading3">
    <w:name w:val="heading 3"/>
    <w:basedOn w:val="Normal"/>
    <w:next w:val="Normal"/>
    <w:link w:val="Heading3Char"/>
    <w:uiPriority w:val="99"/>
    <w:qFormat/>
    <w:rsid w:val="00081E21"/>
    <w:pPr>
      <w:keepNext/>
      <w:keepLines/>
      <w:spacing w:line="300" w:lineRule="atLeast"/>
      <w:outlineLvl w:val="2"/>
    </w:pPr>
    <w:rPr>
      <w:rFonts w:eastAsiaTheme="majorEastAsia"/>
      <w:b/>
      <w:bCs/>
      <w:color w:val="444444"/>
      <w:szCs w:val="20"/>
    </w:rPr>
  </w:style>
  <w:style w:type="paragraph" w:styleId="Heading4">
    <w:name w:val="heading 4"/>
    <w:basedOn w:val="Normal"/>
    <w:next w:val="Normal"/>
    <w:link w:val="Heading4Char"/>
    <w:uiPriority w:val="9"/>
    <w:unhideWhenUsed/>
    <w:qFormat/>
    <w:rsid w:val="00F639CF"/>
    <w:pPr>
      <w:keepNext/>
      <w:keepLines/>
      <w:spacing w:before="200"/>
      <w:ind w:left="709"/>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081E21"/>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unhideWhenUsed/>
    <w:qFormat/>
    <w:rsid w:val="00C12F0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C12F0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2F0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2F0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081E21"/>
    <w:rPr>
      <w:rFonts w:ascii="Arial" w:eastAsiaTheme="majorEastAsia" w:hAnsi="Arial" w:cstheme="majorBidi"/>
      <w:b/>
      <w:bCs/>
      <w:kern w:val="0"/>
      <w:sz w:val="26"/>
      <w:szCs w:val="26"/>
      <w:lang w:val="en-US"/>
      <w14:ligatures w14:val="none"/>
    </w:rPr>
  </w:style>
  <w:style w:type="paragraph" w:styleId="BodyText">
    <w:name w:val="Body Text"/>
    <w:basedOn w:val="Normal"/>
    <w:link w:val="BodyTextChar"/>
    <w:uiPriority w:val="99"/>
    <w:unhideWhenUsed/>
    <w:rsid w:val="00081E21"/>
  </w:style>
  <w:style w:type="character" w:customStyle="1" w:styleId="BodyTextChar">
    <w:name w:val="Body Text Char"/>
    <w:basedOn w:val="DefaultParagraphFont"/>
    <w:link w:val="BodyText"/>
    <w:uiPriority w:val="99"/>
    <w:rsid w:val="00081E21"/>
    <w:rPr>
      <w:rFonts w:ascii="Arial" w:eastAsia="Aptos" w:hAnsi="Arial" w:cs="Arial"/>
      <w:kern w:val="0"/>
      <w:lang w:val="en-US"/>
      <w14:ligatures w14:val="none"/>
    </w:rPr>
  </w:style>
  <w:style w:type="paragraph" w:styleId="FootnoteText">
    <w:name w:val="footnote text"/>
    <w:basedOn w:val="Normal"/>
    <w:link w:val="FootnoteTextChar"/>
    <w:semiHidden/>
    <w:rsid w:val="00C12F08"/>
  </w:style>
  <w:style w:type="character" w:customStyle="1" w:styleId="FootnoteTextChar">
    <w:name w:val="Footnote Text Char"/>
    <w:basedOn w:val="DefaultParagraphFont"/>
    <w:link w:val="FootnoteText"/>
    <w:semiHidden/>
    <w:rsid w:val="00C12F08"/>
    <w:rPr>
      <w:rFonts w:ascii="Arial" w:eastAsia="Times New Roman" w:hAnsi="Arial" w:cs="Arial"/>
      <w:color w:val="000000"/>
      <w:kern w:val="0"/>
      <w:sz w:val="22"/>
      <w:szCs w:val="22"/>
      <w:lang w:val="en-US"/>
    </w:rPr>
  </w:style>
  <w:style w:type="character" w:styleId="FootnoteReference">
    <w:name w:val="footnote reference"/>
    <w:semiHidden/>
    <w:rsid w:val="00C12F08"/>
    <w:rPr>
      <w:vertAlign w:val="superscript"/>
    </w:rPr>
  </w:style>
  <w:style w:type="paragraph" w:styleId="ListParagraph">
    <w:name w:val="List Paragraph"/>
    <w:aliases w:val="Numbered Para 1,Dot pt,No Spacing1,List Paragraph Char Char Char,Indicator Text,List Paragraph1,Bullet 1,Bullet Points,MAIN CONTENT,List Paragraph12,F5 List Paragraph,Colorful List - Accent 11,Normal numbered,List Paragraph11,OBC Bullet,L"/>
    <w:basedOn w:val="Normal"/>
    <w:link w:val="ListParagraphChar"/>
    <w:uiPriority w:val="34"/>
    <w:qFormat/>
    <w:rsid w:val="00081E21"/>
    <w:pPr>
      <w:ind w:left="720"/>
      <w:contextualSpacing/>
    </w:pPr>
  </w:style>
  <w:style w:type="table" w:customStyle="1" w:styleId="TableGrid">
    <w:name w:val="TableGrid"/>
    <w:rsid w:val="00C12F08"/>
    <w:rPr>
      <w:rFonts w:eastAsiaTheme="minorEastAsia"/>
      <w:sz w:val="24"/>
      <w:szCs w:val="24"/>
      <w:lang w:eastAsia="en-GB"/>
    </w:rPr>
    <w:tblPr>
      <w:tblCellMar>
        <w:top w:w="0" w:type="dxa"/>
        <w:left w:w="0" w:type="dxa"/>
        <w:bottom w:w="0" w:type="dxa"/>
        <w:right w:w="0" w:type="dxa"/>
      </w:tblCellMar>
    </w:tblPr>
  </w:style>
  <w:style w:type="paragraph" w:customStyle="1" w:styleId="Default">
    <w:name w:val="Default"/>
    <w:rsid w:val="00081E21"/>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character" w:customStyle="1" w:styleId="normaltextrun">
    <w:name w:val="normaltextrun"/>
    <w:basedOn w:val="DefaultParagraphFont"/>
    <w:unhideWhenUsed/>
    <w:rsid w:val="00C12F08"/>
  </w:style>
  <w:style w:type="paragraph" w:customStyle="1" w:styleId="paragraph">
    <w:name w:val="paragraph"/>
    <w:basedOn w:val="Normal"/>
    <w:rsid w:val="00C12F08"/>
    <w:pPr>
      <w:spacing w:before="100" w:beforeAutospacing="1" w:after="100" w:afterAutospacing="1"/>
    </w:pPr>
    <w:rPr>
      <w:rFonts w:ascii="Times New Roman" w:hAnsi="Times New Roman"/>
    </w:rPr>
  </w:style>
  <w:style w:type="character" w:customStyle="1" w:styleId="eop">
    <w:name w:val="eop"/>
    <w:basedOn w:val="DefaultParagraphFont"/>
    <w:unhideWhenUsed/>
    <w:rsid w:val="00C12F08"/>
  </w:style>
  <w:style w:type="character" w:customStyle="1" w:styleId="cf01">
    <w:name w:val="cf01"/>
    <w:basedOn w:val="DefaultParagraphFont"/>
    <w:rsid w:val="00C12F08"/>
    <w:rPr>
      <w:rFonts w:ascii="Segoe UI" w:hAnsi="Segoe UI" w:cs="Segoe UI" w:hint="default"/>
      <w:sz w:val="18"/>
      <w:szCs w:val="18"/>
    </w:rPr>
  </w:style>
  <w:style w:type="character" w:customStyle="1" w:styleId="Heading1Char">
    <w:name w:val="Heading 1 Char"/>
    <w:basedOn w:val="DefaultParagraphFont"/>
    <w:link w:val="Heading1"/>
    <w:uiPriority w:val="99"/>
    <w:rsid w:val="00081E21"/>
    <w:rPr>
      <w:rFonts w:ascii="Arial" w:eastAsiaTheme="majorEastAsia" w:hAnsi="Arial" w:cstheme="majorBidi"/>
      <w:b/>
      <w:bCs/>
      <w:kern w:val="0"/>
      <w:sz w:val="36"/>
      <w:szCs w:val="28"/>
      <w:lang w:val="en-US"/>
      <w14:ligatures w14:val="none"/>
    </w:rPr>
  </w:style>
  <w:style w:type="character" w:customStyle="1" w:styleId="Heading3Char">
    <w:name w:val="Heading 3 Char"/>
    <w:basedOn w:val="DefaultParagraphFont"/>
    <w:link w:val="Heading3"/>
    <w:uiPriority w:val="99"/>
    <w:rsid w:val="00081E21"/>
    <w:rPr>
      <w:rFonts w:ascii="Arial" w:eastAsiaTheme="majorEastAsia" w:hAnsi="Arial" w:cs="Arial"/>
      <w:b/>
      <w:bCs/>
      <w:color w:val="444444"/>
      <w:kern w:val="0"/>
      <w:szCs w:val="20"/>
      <w:lang w:val="en-US"/>
      <w14:ligatures w14:val="none"/>
    </w:rPr>
  </w:style>
  <w:style w:type="character" w:customStyle="1" w:styleId="Heading4Char">
    <w:name w:val="Heading 4 Char"/>
    <w:basedOn w:val="DefaultParagraphFont"/>
    <w:link w:val="Heading4"/>
    <w:uiPriority w:val="9"/>
    <w:rsid w:val="00F639CF"/>
    <w:rPr>
      <w:rFonts w:ascii="Arial" w:eastAsiaTheme="majorEastAsia" w:hAnsi="Arial" w:cstheme="majorBidi"/>
      <w:b/>
      <w:bCs/>
      <w:i/>
      <w:iCs/>
      <w:kern w:val="0"/>
      <w:sz w:val="24"/>
      <w:szCs w:val="24"/>
      <w:lang w:eastAsia="en-GB"/>
      <w14:ligatures w14:val="none"/>
    </w:rPr>
  </w:style>
  <w:style w:type="character" w:customStyle="1" w:styleId="Heading5Char">
    <w:name w:val="Heading 5 Char"/>
    <w:basedOn w:val="DefaultParagraphFont"/>
    <w:link w:val="Heading5"/>
    <w:uiPriority w:val="9"/>
    <w:rsid w:val="00081E21"/>
    <w:rPr>
      <w:rFonts w:asciiTheme="majorHAnsi" w:eastAsiaTheme="majorEastAsia" w:hAnsiTheme="majorHAnsi" w:cstheme="majorBidi"/>
      <w:color w:val="0A2F40" w:themeColor="accent1" w:themeShade="7F"/>
      <w:kern w:val="0"/>
      <w:lang w:val="en-US"/>
      <w14:ligatures w14:val="none"/>
    </w:rPr>
  </w:style>
  <w:style w:type="character" w:customStyle="1" w:styleId="Heading6Char">
    <w:name w:val="Heading 6 Char"/>
    <w:basedOn w:val="DefaultParagraphFont"/>
    <w:link w:val="Heading6"/>
    <w:uiPriority w:val="9"/>
    <w:rsid w:val="00C12F08"/>
    <w:rPr>
      <w:rFonts w:asciiTheme="minorHAnsi" w:eastAsiaTheme="majorEastAsia" w:hAnsiTheme="minorHAnsi" w:cstheme="majorBidi"/>
      <w:i/>
      <w:iCs/>
      <w:color w:val="595959" w:themeColor="text1" w:themeTint="A6"/>
      <w:kern w:val="0"/>
      <w:sz w:val="22"/>
      <w:szCs w:val="22"/>
    </w:rPr>
  </w:style>
  <w:style w:type="character" w:customStyle="1" w:styleId="Heading7Char">
    <w:name w:val="Heading 7 Char"/>
    <w:basedOn w:val="DefaultParagraphFont"/>
    <w:link w:val="Heading7"/>
    <w:uiPriority w:val="9"/>
    <w:rsid w:val="00C12F08"/>
    <w:rPr>
      <w:rFonts w:asciiTheme="minorHAnsi" w:eastAsiaTheme="majorEastAsia" w:hAnsiTheme="minorHAnsi" w:cstheme="majorBidi"/>
      <w:color w:val="595959" w:themeColor="text1" w:themeTint="A6"/>
      <w:kern w:val="0"/>
      <w:sz w:val="22"/>
      <w:szCs w:val="22"/>
    </w:rPr>
  </w:style>
  <w:style w:type="paragraph" w:styleId="TOC1">
    <w:name w:val="toc 1"/>
    <w:basedOn w:val="Normal"/>
    <w:next w:val="Normal"/>
    <w:autoRedefine/>
    <w:uiPriority w:val="39"/>
    <w:unhideWhenUsed/>
    <w:rsid w:val="00C12F08"/>
    <w:pPr>
      <w:spacing w:after="100"/>
    </w:pPr>
  </w:style>
  <w:style w:type="paragraph" w:styleId="TOC2">
    <w:name w:val="toc 2"/>
    <w:basedOn w:val="Normal"/>
    <w:next w:val="Normal"/>
    <w:autoRedefine/>
    <w:uiPriority w:val="39"/>
    <w:unhideWhenUsed/>
    <w:rsid w:val="00C12F08"/>
    <w:pPr>
      <w:spacing w:after="100"/>
      <w:ind w:left="220"/>
    </w:pPr>
  </w:style>
  <w:style w:type="paragraph" w:styleId="TOC3">
    <w:name w:val="toc 3"/>
    <w:basedOn w:val="Normal"/>
    <w:next w:val="Normal"/>
    <w:autoRedefine/>
    <w:uiPriority w:val="39"/>
    <w:unhideWhenUsed/>
    <w:rsid w:val="00C12F08"/>
    <w:pPr>
      <w:spacing w:after="100"/>
      <w:ind w:left="440"/>
    </w:pPr>
  </w:style>
  <w:style w:type="paragraph" w:styleId="TOC4">
    <w:name w:val="toc 4"/>
    <w:basedOn w:val="Normal"/>
    <w:next w:val="Normal"/>
    <w:autoRedefine/>
    <w:uiPriority w:val="39"/>
    <w:unhideWhenUsed/>
    <w:rsid w:val="00C12F08"/>
    <w:pPr>
      <w:spacing w:after="100" w:line="278" w:lineRule="auto"/>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C12F08"/>
    <w:pPr>
      <w:spacing w:after="100" w:line="278" w:lineRule="auto"/>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C12F08"/>
    <w:pPr>
      <w:spacing w:after="100" w:line="278" w:lineRule="auto"/>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C12F08"/>
    <w:pPr>
      <w:spacing w:after="100" w:line="278" w:lineRule="auto"/>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C12F08"/>
    <w:pPr>
      <w:spacing w:after="100" w:line="278" w:lineRule="auto"/>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C12F08"/>
    <w:pPr>
      <w:spacing w:after="100" w:line="278" w:lineRule="auto"/>
      <w:ind w:left="1920"/>
    </w:pPr>
    <w:rPr>
      <w:rFonts w:asciiTheme="minorHAnsi" w:eastAsiaTheme="minorEastAsia" w:hAnsiTheme="minorHAnsi" w:cstheme="minorBidi"/>
    </w:rPr>
  </w:style>
  <w:style w:type="paragraph" w:styleId="CommentText">
    <w:name w:val="annotation text"/>
    <w:basedOn w:val="Normal"/>
    <w:link w:val="CommentTextChar"/>
    <w:uiPriority w:val="99"/>
    <w:unhideWhenUsed/>
    <w:rsid w:val="00C12F08"/>
    <w:rPr>
      <w:sz w:val="20"/>
    </w:rPr>
  </w:style>
  <w:style w:type="character" w:customStyle="1" w:styleId="CommentTextChar">
    <w:name w:val="Comment Text Char"/>
    <w:basedOn w:val="DefaultParagraphFont"/>
    <w:link w:val="CommentText"/>
    <w:uiPriority w:val="99"/>
    <w:rsid w:val="00C12F08"/>
    <w:rPr>
      <w:rFonts w:ascii="Arial" w:hAnsi="Arial" w:cs="Arial"/>
      <w:color w:val="000000"/>
      <w:kern w:val="0"/>
      <w:szCs w:val="22"/>
    </w:rPr>
  </w:style>
  <w:style w:type="paragraph" w:styleId="Header">
    <w:name w:val="header"/>
    <w:basedOn w:val="Normal"/>
    <w:link w:val="HeaderChar"/>
    <w:uiPriority w:val="99"/>
    <w:unhideWhenUsed/>
    <w:rsid w:val="00081E21"/>
    <w:pPr>
      <w:tabs>
        <w:tab w:val="center" w:pos="4680"/>
        <w:tab w:val="right" w:pos="9360"/>
      </w:tabs>
    </w:pPr>
  </w:style>
  <w:style w:type="character" w:customStyle="1" w:styleId="HeaderChar">
    <w:name w:val="Header Char"/>
    <w:basedOn w:val="DefaultParagraphFont"/>
    <w:link w:val="Header"/>
    <w:uiPriority w:val="99"/>
    <w:rsid w:val="00081E21"/>
    <w:rPr>
      <w:rFonts w:ascii="Arial" w:eastAsia="Aptos" w:hAnsi="Arial" w:cs="Arial"/>
      <w:kern w:val="0"/>
      <w:lang w:val="en-US"/>
      <w14:ligatures w14:val="none"/>
    </w:rPr>
  </w:style>
  <w:style w:type="paragraph" w:styleId="Footer">
    <w:name w:val="footer"/>
    <w:basedOn w:val="Normal"/>
    <w:link w:val="FooterChar"/>
    <w:uiPriority w:val="99"/>
    <w:unhideWhenUsed/>
    <w:rsid w:val="00081E21"/>
    <w:pPr>
      <w:tabs>
        <w:tab w:val="center" w:pos="4680"/>
        <w:tab w:val="right" w:pos="9360"/>
      </w:tabs>
    </w:pPr>
  </w:style>
  <w:style w:type="character" w:customStyle="1" w:styleId="FooterChar">
    <w:name w:val="Footer Char"/>
    <w:basedOn w:val="DefaultParagraphFont"/>
    <w:link w:val="Footer"/>
    <w:uiPriority w:val="99"/>
    <w:rsid w:val="00081E21"/>
    <w:rPr>
      <w:rFonts w:ascii="Arial" w:eastAsia="Aptos" w:hAnsi="Arial" w:cs="Arial"/>
      <w:kern w:val="0"/>
      <w:lang w:val="en-US"/>
      <w14:ligatures w14:val="none"/>
    </w:rPr>
  </w:style>
  <w:style w:type="paragraph" w:styleId="Caption">
    <w:name w:val="caption"/>
    <w:basedOn w:val="Normal"/>
    <w:next w:val="Normal"/>
    <w:uiPriority w:val="35"/>
    <w:unhideWhenUsed/>
    <w:qFormat/>
    <w:rsid w:val="00081E21"/>
    <w:rPr>
      <w:b/>
      <w:bCs/>
      <w:color w:val="156082" w:themeColor="accent1"/>
      <w:sz w:val="18"/>
      <w:szCs w:val="18"/>
    </w:rPr>
  </w:style>
  <w:style w:type="paragraph" w:styleId="Title">
    <w:name w:val="Title"/>
    <w:basedOn w:val="Normal"/>
    <w:next w:val="Normal"/>
    <w:link w:val="TitleChar"/>
    <w:uiPriority w:val="10"/>
    <w:qFormat/>
    <w:rsid w:val="00081E21"/>
    <w:pPr>
      <w:pBdr>
        <w:bottom w:val="single" w:sz="8" w:space="4" w:color="156082" w:themeColor="accent1"/>
      </w:pBdr>
      <w:spacing w:after="300"/>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081E21"/>
    <w:rPr>
      <w:rFonts w:asciiTheme="majorHAnsi" w:eastAsiaTheme="majorEastAsia" w:hAnsiTheme="majorHAnsi" w:cstheme="majorBidi"/>
      <w:b/>
      <w:color w:val="1F4E79"/>
      <w:spacing w:val="5"/>
      <w:kern w:val="28"/>
      <w:sz w:val="48"/>
      <w:szCs w:val="52"/>
      <w:lang w:val="en-US"/>
      <w14:ligatures w14:val="none"/>
    </w:rPr>
  </w:style>
  <w:style w:type="paragraph" w:styleId="Subtitle">
    <w:name w:val="Subtitle"/>
    <w:basedOn w:val="Normal"/>
    <w:next w:val="Normal"/>
    <w:link w:val="SubtitleChar"/>
    <w:uiPriority w:val="11"/>
    <w:qFormat/>
    <w:rsid w:val="00081E21"/>
    <w:pPr>
      <w:numPr>
        <w:ilvl w:val="1"/>
      </w:numPr>
    </w:pPr>
    <w:rPr>
      <w:rFonts w:asciiTheme="majorHAnsi" w:eastAsiaTheme="majorEastAsia" w:hAnsiTheme="majorHAnsi" w:cstheme="majorBidi"/>
      <w:i/>
      <w:iCs/>
      <w:color w:val="156082" w:themeColor="accent1"/>
      <w:spacing w:val="15"/>
    </w:rPr>
  </w:style>
  <w:style w:type="character" w:customStyle="1" w:styleId="SubtitleChar">
    <w:name w:val="Subtitle Char"/>
    <w:basedOn w:val="DefaultParagraphFont"/>
    <w:link w:val="Subtitle"/>
    <w:uiPriority w:val="11"/>
    <w:rsid w:val="00081E21"/>
    <w:rPr>
      <w:rFonts w:asciiTheme="majorHAnsi" w:eastAsiaTheme="majorEastAsia" w:hAnsiTheme="majorHAnsi" w:cstheme="majorBidi"/>
      <w:i/>
      <w:iCs/>
      <w:color w:val="156082" w:themeColor="accent1"/>
      <w:spacing w:val="15"/>
      <w:kern w:val="0"/>
      <w:sz w:val="24"/>
      <w:szCs w:val="24"/>
      <w:lang w:val="en-US"/>
      <w14:ligatures w14:val="none"/>
    </w:rPr>
  </w:style>
  <w:style w:type="character" w:styleId="Hyperlink">
    <w:name w:val="Hyperlink"/>
    <w:basedOn w:val="DefaultParagraphFont"/>
    <w:uiPriority w:val="99"/>
    <w:unhideWhenUsed/>
    <w:rsid w:val="00C12F08"/>
    <w:rPr>
      <w:color w:val="467886" w:themeColor="hyperlink"/>
      <w:u w:val="single"/>
    </w:rPr>
  </w:style>
  <w:style w:type="character" w:styleId="Strong">
    <w:name w:val="Strong"/>
    <w:basedOn w:val="DefaultParagraphFont"/>
    <w:uiPriority w:val="22"/>
    <w:qFormat/>
    <w:rsid w:val="00081E21"/>
    <w:rPr>
      <w:b/>
      <w:bCs/>
    </w:rPr>
  </w:style>
  <w:style w:type="character" w:styleId="Emphasis">
    <w:name w:val="Emphasis"/>
    <w:basedOn w:val="DefaultParagraphFont"/>
    <w:uiPriority w:val="20"/>
    <w:qFormat/>
    <w:rsid w:val="00081E21"/>
    <w:rPr>
      <w:i/>
      <w:iCs/>
    </w:rPr>
  </w:style>
  <w:style w:type="paragraph" w:styleId="NormalWeb">
    <w:name w:val="Normal (Web)"/>
    <w:basedOn w:val="Normal"/>
    <w:uiPriority w:val="99"/>
    <w:unhideWhenUsed/>
    <w:rsid w:val="00081E21"/>
    <w:pPr>
      <w:autoSpaceDE w:val="0"/>
      <w:autoSpaceDN w:val="0"/>
      <w:adjustRightInd w:val="0"/>
      <w:spacing w:before="100" w:beforeAutospacing="1" w:after="100" w:afterAutospacing="1"/>
    </w:pPr>
    <w:rPr>
      <w:color w:val="000000"/>
    </w:rPr>
  </w:style>
  <w:style w:type="table" w:styleId="TableGrid0">
    <w:name w:val="Table Grid"/>
    <w:basedOn w:val="TableNormal"/>
    <w:uiPriority w:val="39"/>
    <w:rsid w:val="00081E21"/>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081E21"/>
    <w:rPr>
      <w:i/>
      <w:iCs/>
      <w:color w:val="000000" w:themeColor="text1"/>
    </w:rPr>
  </w:style>
  <w:style w:type="character" w:customStyle="1" w:styleId="QuoteChar">
    <w:name w:val="Quote Char"/>
    <w:basedOn w:val="DefaultParagraphFont"/>
    <w:link w:val="Quote"/>
    <w:uiPriority w:val="29"/>
    <w:rsid w:val="00081E21"/>
    <w:rPr>
      <w:rFonts w:ascii="Arial" w:eastAsia="Aptos" w:hAnsi="Arial" w:cs="Arial"/>
      <w:i/>
      <w:iCs/>
      <w:color w:val="000000" w:themeColor="text1"/>
      <w:kern w:val="0"/>
      <w:lang w:val="en-US"/>
      <w14:ligatures w14:val="none"/>
    </w:rPr>
  </w:style>
  <w:style w:type="paragraph" w:styleId="IntenseQuote">
    <w:name w:val="Intense Quote"/>
    <w:basedOn w:val="Normal"/>
    <w:next w:val="Normal"/>
    <w:link w:val="IntenseQuoteChar"/>
    <w:uiPriority w:val="30"/>
    <w:qFormat/>
    <w:rsid w:val="00081E21"/>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081E21"/>
    <w:rPr>
      <w:rFonts w:ascii="Arial" w:eastAsia="Aptos" w:hAnsi="Arial" w:cs="Arial"/>
      <w:b/>
      <w:bCs/>
      <w:i/>
      <w:iCs/>
      <w:color w:val="156082" w:themeColor="accent1"/>
      <w:kern w:val="0"/>
      <w:lang w:val="en-US"/>
      <w14:ligatures w14:val="none"/>
    </w:rPr>
  </w:style>
  <w:style w:type="character" w:styleId="SubtleEmphasis">
    <w:name w:val="Subtle Emphasis"/>
    <w:basedOn w:val="DefaultParagraphFont"/>
    <w:uiPriority w:val="19"/>
    <w:qFormat/>
    <w:rsid w:val="00081E21"/>
    <w:rPr>
      <w:i/>
      <w:iCs/>
      <w:color w:val="808080" w:themeColor="text1" w:themeTint="7F"/>
    </w:rPr>
  </w:style>
  <w:style w:type="character" w:styleId="IntenseEmphasis">
    <w:name w:val="Intense Emphasis"/>
    <w:basedOn w:val="DefaultParagraphFont"/>
    <w:uiPriority w:val="21"/>
    <w:qFormat/>
    <w:rsid w:val="00081E21"/>
    <w:rPr>
      <w:b/>
      <w:bCs/>
      <w:i/>
      <w:iCs/>
      <w:color w:val="156082" w:themeColor="accent1"/>
    </w:rPr>
  </w:style>
  <w:style w:type="character" w:styleId="IntenseReference">
    <w:name w:val="Intense Reference"/>
    <w:basedOn w:val="DefaultParagraphFont"/>
    <w:uiPriority w:val="32"/>
    <w:qFormat/>
    <w:rsid w:val="00081E21"/>
    <w:rPr>
      <w:b/>
      <w:bCs/>
      <w:smallCaps/>
      <w:color w:val="E97132" w:themeColor="accent2"/>
      <w:spacing w:val="5"/>
      <w:u w:val="single"/>
    </w:rPr>
  </w:style>
  <w:style w:type="paragraph" w:styleId="TOCHeading">
    <w:name w:val="TOC Heading"/>
    <w:basedOn w:val="Heading1"/>
    <w:next w:val="Normal"/>
    <w:uiPriority w:val="39"/>
    <w:unhideWhenUsed/>
    <w:qFormat/>
    <w:rsid w:val="00C12F08"/>
    <w:pPr>
      <w:spacing w:before="240"/>
      <w:outlineLvl w:val="9"/>
    </w:pPr>
    <w:rPr>
      <w:rFonts w:asciiTheme="majorHAnsi" w:hAnsiTheme="majorHAnsi"/>
      <w:b w:val="0"/>
      <w:bCs w:val="0"/>
      <w:color w:val="0F4761" w:themeColor="accent1" w:themeShade="BF"/>
      <w:sz w:val="32"/>
      <w:szCs w:val="32"/>
    </w:rPr>
  </w:style>
  <w:style w:type="paragraph" w:customStyle="1" w:styleId="BulletList">
    <w:name w:val="Bullet List"/>
    <w:basedOn w:val="Normal"/>
    <w:link w:val="BulletListChar"/>
    <w:uiPriority w:val="4"/>
    <w:qFormat/>
    <w:rsid w:val="00081E21"/>
    <w:pPr>
      <w:numPr>
        <w:numId w:val="7"/>
      </w:numPr>
      <w:spacing w:before="120"/>
      <w:contextualSpacing/>
    </w:pPr>
    <w:rPr>
      <w:rFonts w:eastAsiaTheme="minorHAnsi"/>
      <w:kern w:val="2"/>
      <w14:ligatures w14:val="standardContextual"/>
    </w:rPr>
  </w:style>
  <w:style w:type="character" w:customStyle="1" w:styleId="BulletListChar">
    <w:name w:val="Bullet List Char"/>
    <w:basedOn w:val="DefaultParagraphFont"/>
    <w:link w:val="BulletList"/>
    <w:uiPriority w:val="4"/>
    <w:rsid w:val="00081E21"/>
    <w:rPr>
      <w:rFonts w:ascii="Arial" w:eastAsiaTheme="minorHAnsi" w:hAnsi="Arial" w:cs="Arial"/>
      <w:sz w:val="24"/>
      <w:szCs w:val="24"/>
      <w:lang w:eastAsia="en-GB"/>
    </w:rPr>
  </w:style>
  <w:style w:type="character" w:customStyle="1" w:styleId="Heading8Char">
    <w:name w:val="Heading 8 Char"/>
    <w:basedOn w:val="DefaultParagraphFont"/>
    <w:link w:val="Heading8"/>
    <w:uiPriority w:val="9"/>
    <w:semiHidden/>
    <w:rsid w:val="00C12F08"/>
    <w:rPr>
      <w:rFonts w:asciiTheme="minorHAnsi" w:eastAsiaTheme="majorEastAsia" w:hAnsiTheme="minorHAnsi" w:cstheme="majorBidi"/>
      <w:i/>
      <w:iCs/>
      <w:color w:val="272727" w:themeColor="text1" w:themeTint="D8"/>
      <w:kern w:val="0"/>
      <w:sz w:val="22"/>
      <w:szCs w:val="22"/>
    </w:rPr>
  </w:style>
  <w:style w:type="character" w:customStyle="1" w:styleId="Heading9Char">
    <w:name w:val="Heading 9 Char"/>
    <w:basedOn w:val="DefaultParagraphFont"/>
    <w:link w:val="Heading9"/>
    <w:uiPriority w:val="9"/>
    <w:semiHidden/>
    <w:rsid w:val="00C12F08"/>
    <w:rPr>
      <w:rFonts w:asciiTheme="minorHAnsi" w:eastAsiaTheme="majorEastAsia" w:hAnsiTheme="minorHAnsi" w:cstheme="majorBidi"/>
      <w:color w:val="272727" w:themeColor="text1" w:themeTint="D8"/>
      <w:kern w:val="0"/>
      <w:sz w:val="22"/>
      <w:szCs w:val="22"/>
    </w:rPr>
  </w:style>
  <w:style w:type="character" w:styleId="CommentReference">
    <w:name w:val="annotation reference"/>
    <w:basedOn w:val="DefaultParagraphFont"/>
    <w:uiPriority w:val="99"/>
    <w:semiHidden/>
    <w:unhideWhenUsed/>
    <w:rsid w:val="00C12F08"/>
    <w:rPr>
      <w:sz w:val="16"/>
      <w:szCs w:val="16"/>
    </w:rPr>
  </w:style>
  <w:style w:type="character" w:styleId="FollowedHyperlink">
    <w:name w:val="FollowedHyperlink"/>
    <w:basedOn w:val="DefaultParagraphFont"/>
    <w:uiPriority w:val="99"/>
    <w:semiHidden/>
    <w:unhideWhenUsed/>
    <w:rsid w:val="00C12F08"/>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C12F08"/>
    <w:rPr>
      <w:b/>
      <w:bCs/>
    </w:rPr>
  </w:style>
  <w:style w:type="character" w:customStyle="1" w:styleId="CommentSubjectChar">
    <w:name w:val="Comment Subject Char"/>
    <w:basedOn w:val="CommentTextChar"/>
    <w:link w:val="CommentSubject"/>
    <w:uiPriority w:val="99"/>
    <w:semiHidden/>
    <w:rsid w:val="00C12F08"/>
    <w:rPr>
      <w:rFonts w:ascii="Arial" w:hAnsi="Arial" w:cs="Arial"/>
      <w:b/>
      <w:bCs/>
      <w:color w:val="000000"/>
      <w:kern w:val="0"/>
      <w:szCs w:val="22"/>
    </w:rPr>
  </w:style>
  <w:style w:type="character" w:styleId="UnresolvedMention">
    <w:name w:val="Unresolved Mention"/>
    <w:basedOn w:val="DefaultParagraphFont"/>
    <w:uiPriority w:val="99"/>
    <w:semiHidden/>
    <w:unhideWhenUsed/>
    <w:rsid w:val="00C12F08"/>
    <w:rPr>
      <w:color w:val="605E5C"/>
      <w:shd w:val="clear" w:color="auto" w:fill="E1DFDD"/>
    </w:rPr>
  </w:style>
  <w:style w:type="paragraph" w:customStyle="1" w:styleId="Editorialnote">
    <w:name w:val="Editorial note"/>
    <w:uiPriority w:val="7"/>
    <w:rsid w:val="00081E21"/>
    <w:pPr>
      <w:spacing w:after="80"/>
    </w:pPr>
    <w:rPr>
      <w:rFonts w:ascii="Aptos" w:hAnsi="Aptos"/>
      <w:i/>
      <w:color w:val="7030A0"/>
      <w:kern w:val="0"/>
      <w:sz w:val="19"/>
      <w:lang w:val="en-US"/>
      <w14:ligatures w14:val="none"/>
    </w:rPr>
  </w:style>
  <w:style w:type="paragraph" w:customStyle="1" w:styleId="Missing">
    <w:name w:val="Missing"/>
    <w:uiPriority w:val="8"/>
    <w:rsid w:val="00081E21"/>
    <w:pPr>
      <w:spacing w:after="80"/>
    </w:pPr>
    <w:rPr>
      <w:rFonts w:ascii="Aptos" w:hAnsi="Aptos"/>
      <w:color w:val="C00000"/>
      <w:kern w:val="0"/>
      <w:sz w:val="19"/>
      <w:lang w:val="en-US"/>
      <w14:ligatures w14:val="none"/>
    </w:rPr>
  </w:style>
  <w:style w:type="paragraph" w:customStyle="1" w:styleId="Sourcenote">
    <w:name w:val="Source note"/>
    <w:uiPriority w:val="5"/>
    <w:rsid w:val="00081E21"/>
    <w:pPr>
      <w:spacing w:after="80"/>
    </w:pPr>
    <w:rPr>
      <w:rFonts w:ascii="Aptos" w:hAnsi="Aptos"/>
      <w:i/>
      <w:color w:val="0066CC"/>
      <w:kern w:val="0"/>
      <w:sz w:val="19"/>
      <w:lang w:val="en-US"/>
      <w14:ligatures w14:val="none"/>
    </w:rPr>
  </w:style>
  <w:style w:type="paragraph" w:customStyle="1" w:styleId="ccc16d0">
    <w:name w:val="___ccc16d0"/>
    <w:basedOn w:val="Normal"/>
    <w:uiPriority w:val="99"/>
    <w:rsid w:val="00081E21"/>
    <w:pPr>
      <w:spacing w:before="100" w:beforeAutospacing="1" w:after="100" w:afterAutospacing="1"/>
    </w:pPr>
    <w:rPr>
      <w:rFonts w:ascii="Times New Roman" w:hAnsi="Times New Roman" w:cs="Times New Roman"/>
    </w:rPr>
  </w:style>
  <w:style w:type="paragraph" w:styleId="MacroText">
    <w:name w:val="macro"/>
    <w:link w:val="MacroTextChar"/>
    <w:uiPriority w:val="99"/>
    <w:unhideWhenUsed/>
    <w:rsid w:val="00081E21"/>
    <w:pPr>
      <w:tabs>
        <w:tab w:val="left" w:pos="576"/>
        <w:tab w:val="left" w:pos="1152"/>
        <w:tab w:val="left" w:pos="1728"/>
        <w:tab w:val="left" w:pos="2304"/>
        <w:tab w:val="left" w:pos="2880"/>
        <w:tab w:val="left" w:pos="3456"/>
        <w:tab w:val="left" w:pos="4032"/>
      </w:tabs>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081E21"/>
    <w:rPr>
      <w:rFonts w:ascii="Courier" w:eastAsiaTheme="minorEastAsia" w:hAnsi="Courier"/>
      <w:kern w:val="0"/>
      <w:sz w:val="20"/>
      <w:szCs w:val="20"/>
      <w:lang w:val="en-US"/>
      <w14:ligatures w14:val="none"/>
    </w:rPr>
  </w:style>
  <w:style w:type="paragraph" w:styleId="List">
    <w:name w:val="List"/>
    <w:basedOn w:val="Normal"/>
    <w:uiPriority w:val="99"/>
    <w:unhideWhenUsed/>
    <w:rsid w:val="00081E21"/>
    <w:pPr>
      <w:ind w:left="360" w:hanging="360"/>
      <w:contextualSpacing/>
    </w:pPr>
  </w:style>
  <w:style w:type="paragraph" w:styleId="ListBullet">
    <w:name w:val="List Bullet"/>
    <w:basedOn w:val="Normal"/>
    <w:uiPriority w:val="99"/>
    <w:unhideWhenUsed/>
    <w:rsid w:val="00081E21"/>
    <w:pPr>
      <w:numPr>
        <w:numId w:val="1"/>
      </w:numPr>
      <w:contextualSpacing/>
    </w:pPr>
  </w:style>
  <w:style w:type="paragraph" w:styleId="ListNumber">
    <w:name w:val="List Number"/>
    <w:basedOn w:val="Normal"/>
    <w:uiPriority w:val="99"/>
    <w:unhideWhenUsed/>
    <w:rsid w:val="00081E21"/>
    <w:pPr>
      <w:numPr>
        <w:numId w:val="2"/>
      </w:numPr>
      <w:contextualSpacing/>
    </w:pPr>
  </w:style>
  <w:style w:type="paragraph" w:styleId="List2">
    <w:name w:val="List 2"/>
    <w:basedOn w:val="Normal"/>
    <w:uiPriority w:val="99"/>
    <w:unhideWhenUsed/>
    <w:rsid w:val="00081E21"/>
    <w:pPr>
      <w:ind w:left="720" w:hanging="360"/>
      <w:contextualSpacing/>
    </w:pPr>
  </w:style>
  <w:style w:type="paragraph" w:styleId="List3">
    <w:name w:val="List 3"/>
    <w:basedOn w:val="Normal"/>
    <w:uiPriority w:val="99"/>
    <w:unhideWhenUsed/>
    <w:rsid w:val="00081E21"/>
    <w:pPr>
      <w:ind w:left="1080" w:hanging="360"/>
      <w:contextualSpacing/>
    </w:pPr>
  </w:style>
  <w:style w:type="paragraph" w:styleId="ListBullet2">
    <w:name w:val="List Bullet 2"/>
    <w:basedOn w:val="Normal"/>
    <w:uiPriority w:val="99"/>
    <w:unhideWhenUsed/>
    <w:rsid w:val="00081E21"/>
    <w:pPr>
      <w:numPr>
        <w:numId w:val="3"/>
      </w:numPr>
      <w:contextualSpacing/>
    </w:pPr>
  </w:style>
  <w:style w:type="paragraph" w:styleId="ListBullet3">
    <w:name w:val="List Bullet 3"/>
    <w:basedOn w:val="Normal"/>
    <w:uiPriority w:val="99"/>
    <w:unhideWhenUsed/>
    <w:rsid w:val="00081E21"/>
    <w:pPr>
      <w:numPr>
        <w:numId w:val="4"/>
      </w:numPr>
      <w:contextualSpacing/>
    </w:pPr>
  </w:style>
  <w:style w:type="paragraph" w:styleId="ListNumber2">
    <w:name w:val="List Number 2"/>
    <w:basedOn w:val="Normal"/>
    <w:uiPriority w:val="99"/>
    <w:unhideWhenUsed/>
    <w:rsid w:val="00081E21"/>
    <w:pPr>
      <w:numPr>
        <w:numId w:val="5"/>
      </w:numPr>
      <w:contextualSpacing/>
    </w:pPr>
  </w:style>
  <w:style w:type="paragraph" w:styleId="ListNumber3">
    <w:name w:val="List Number 3"/>
    <w:basedOn w:val="Normal"/>
    <w:uiPriority w:val="99"/>
    <w:unhideWhenUsed/>
    <w:rsid w:val="00081E21"/>
    <w:pPr>
      <w:numPr>
        <w:numId w:val="6"/>
      </w:numPr>
      <w:contextualSpacing/>
    </w:pPr>
  </w:style>
  <w:style w:type="paragraph" w:styleId="ListContinue">
    <w:name w:val="List Continue"/>
    <w:basedOn w:val="Normal"/>
    <w:uiPriority w:val="99"/>
    <w:unhideWhenUsed/>
    <w:rsid w:val="00081E21"/>
    <w:pPr>
      <w:ind w:left="360"/>
      <w:contextualSpacing/>
    </w:pPr>
  </w:style>
  <w:style w:type="paragraph" w:styleId="ListContinue2">
    <w:name w:val="List Continue 2"/>
    <w:basedOn w:val="Normal"/>
    <w:uiPriority w:val="99"/>
    <w:unhideWhenUsed/>
    <w:rsid w:val="00081E21"/>
    <w:pPr>
      <w:ind w:left="720"/>
      <w:contextualSpacing/>
    </w:pPr>
  </w:style>
  <w:style w:type="paragraph" w:styleId="ListContinue3">
    <w:name w:val="List Continue 3"/>
    <w:basedOn w:val="Normal"/>
    <w:uiPriority w:val="99"/>
    <w:unhideWhenUsed/>
    <w:rsid w:val="00081E21"/>
    <w:pPr>
      <w:ind w:left="1080"/>
      <w:contextualSpacing/>
    </w:pPr>
  </w:style>
  <w:style w:type="paragraph" w:styleId="BodyText2">
    <w:name w:val="Body Text 2"/>
    <w:basedOn w:val="Normal"/>
    <w:link w:val="BodyText2Char"/>
    <w:uiPriority w:val="99"/>
    <w:unhideWhenUsed/>
    <w:rsid w:val="00081E21"/>
    <w:pPr>
      <w:spacing w:line="480" w:lineRule="auto"/>
    </w:pPr>
  </w:style>
  <w:style w:type="character" w:customStyle="1" w:styleId="BodyText2Char">
    <w:name w:val="Body Text 2 Char"/>
    <w:basedOn w:val="DefaultParagraphFont"/>
    <w:link w:val="BodyText2"/>
    <w:uiPriority w:val="99"/>
    <w:rsid w:val="00081E21"/>
    <w:rPr>
      <w:rFonts w:ascii="Arial" w:eastAsia="Aptos" w:hAnsi="Arial" w:cs="Arial"/>
      <w:kern w:val="0"/>
      <w:lang w:val="en-US"/>
      <w14:ligatures w14:val="none"/>
    </w:rPr>
  </w:style>
  <w:style w:type="paragraph" w:styleId="BodyText3">
    <w:name w:val="Body Text 3"/>
    <w:basedOn w:val="Normal"/>
    <w:link w:val="BodyText3Char"/>
    <w:uiPriority w:val="99"/>
    <w:unhideWhenUsed/>
    <w:rsid w:val="00081E21"/>
    <w:rPr>
      <w:sz w:val="16"/>
      <w:szCs w:val="16"/>
    </w:rPr>
  </w:style>
  <w:style w:type="character" w:customStyle="1" w:styleId="BodyText3Char">
    <w:name w:val="Body Text 3 Char"/>
    <w:basedOn w:val="DefaultParagraphFont"/>
    <w:link w:val="BodyText3"/>
    <w:uiPriority w:val="99"/>
    <w:rsid w:val="00081E21"/>
    <w:rPr>
      <w:rFonts w:ascii="Arial" w:eastAsia="Aptos" w:hAnsi="Arial" w:cs="Arial"/>
      <w:kern w:val="0"/>
      <w:sz w:val="16"/>
      <w:szCs w:val="16"/>
      <w:lang w:val="en-US"/>
      <w14:ligatures w14:val="none"/>
    </w:rPr>
  </w:style>
  <w:style w:type="paragraph" w:styleId="NoSpacing">
    <w:name w:val="No Spacing"/>
    <w:uiPriority w:val="1"/>
    <w:qFormat/>
    <w:rsid w:val="00081E21"/>
    <w:pPr>
      <w:spacing w:after="0" w:line="240" w:lineRule="auto"/>
    </w:pPr>
    <w:rPr>
      <w:rFonts w:eastAsiaTheme="minorEastAsia"/>
      <w:kern w:val="0"/>
      <w:lang w:val="en-US"/>
      <w14:ligatures w14:val="none"/>
    </w:rPr>
  </w:style>
  <w:style w:type="table" w:styleId="LightShading">
    <w:name w:val="Light Shading"/>
    <w:basedOn w:val="TableNormal"/>
    <w:uiPriority w:val="60"/>
    <w:rsid w:val="00081E21"/>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rsid w:val="00081E21"/>
    <w:pPr>
      <w:spacing w:after="0" w:line="240" w:lineRule="auto"/>
    </w:pPr>
    <w:rPr>
      <w:rFonts w:eastAsiaTheme="minorEastAsia"/>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Accent1">
    <w:name w:val="Light List Accent 1"/>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Grid-Accent1">
    <w:name w:val="Light Grid Accent 1"/>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MediumShading1-Accent1">
    <w:name w:val="Medium Shading 1 Accent 1"/>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Accent1">
    <w:name w:val="Medium List 2 Accent 1"/>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2-Accent1">
    <w:name w:val="Medium Grid 2 Accent 1"/>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DarkList-Accent1">
    <w:name w:val="Dark List Accent 1"/>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ColorfulShading-Accent1">
    <w:name w:val="Colorful Shading Accent 1"/>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Grid-Accent1">
    <w:name w:val="Colorful Grid Accent 1"/>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LightShading-Accent2">
    <w:name w:val="Light Shading Accent 2"/>
    <w:basedOn w:val="TableNormal"/>
    <w:uiPriority w:val="60"/>
    <w:rsid w:val="00081E21"/>
    <w:pPr>
      <w:spacing w:after="0" w:line="240" w:lineRule="auto"/>
    </w:pPr>
    <w:rPr>
      <w:rFonts w:eastAsiaTheme="minorEastAsia"/>
      <w:color w:val="BF4E14" w:themeColor="accent2" w:themeShade="BF"/>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List-Accent2">
    <w:name w:val="Light List Accent 2"/>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Grid-Accent2">
    <w:name w:val="Light Grid Accent 2"/>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MediumShading1-Accent2">
    <w:name w:val="Medium Shading 1 Accent 2"/>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2-Accent2">
    <w:name w:val="Medium List 2 Accent 2"/>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2-Accent2">
    <w:name w:val="Medium Grid 2 Accent 2"/>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DarkList-Accent2">
    <w:name w:val="Dark List Accent 2"/>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ColorfulShading-Accent2">
    <w:name w:val="Colorful Shading Accent 2"/>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Grid-Accent2">
    <w:name w:val="Colorful Grid Accent 2"/>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LightShading-Accent3">
    <w:name w:val="Light Shading Accent 3"/>
    <w:basedOn w:val="TableNormal"/>
    <w:uiPriority w:val="60"/>
    <w:rsid w:val="00081E21"/>
    <w:pPr>
      <w:spacing w:after="0" w:line="240" w:lineRule="auto"/>
    </w:pPr>
    <w:rPr>
      <w:rFonts w:eastAsiaTheme="minorEastAsia"/>
      <w:color w:val="124F1A" w:themeColor="accent3" w:themeShade="BF"/>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List-Accent3">
    <w:name w:val="Light List Accent 3"/>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Grid-Accent3">
    <w:name w:val="Light Grid Accent 3"/>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MediumShading1-Accent3">
    <w:name w:val="Medium Shading 1 Accent 3"/>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2-Accent3">
    <w:name w:val="Medium List 2 Accent 3"/>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2-Accent3">
    <w:name w:val="Medium Grid 2 Accent 3"/>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DarkList-Accent3">
    <w:name w:val="Dark List Accent 3"/>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ColorfulShading-Accent3">
    <w:name w:val="Colorful Shading Accent 3"/>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List-Accent3">
    <w:name w:val="Colorful List Accent 3"/>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Grid-Accent3">
    <w:name w:val="Colorful Grid Accent 3"/>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LightShading-Accent4">
    <w:name w:val="Light Shading Accent 4"/>
    <w:basedOn w:val="TableNormal"/>
    <w:uiPriority w:val="60"/>
    <w:rsid w:val="00081E21"/>
    <w:pPr>
      <w:spacing w:after="0" w:line="240" w:lineRule="auto"/>
    </w:pPr>
    <w:rPr>
      <w:rFonts w:eastAsiaTheme="minorEastAsia"/>
      <w:color w:val="0B769F" w:themeColor="accent4" w:themeShade="BF"/>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List-Accent4">
    <w:name w:val="Light List Accent 4"/>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Grid-Accent4">
    <w:name w:val="Light Grid Accent 4"/>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MediumShading1-Accent4">
    <w:name w:val="Medium Shading 1 Accent 4"/>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2-Accent4">
    <w:name w:val="Medium List 2 Accent 4"/>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2-Accent4">
    <w:name w:val="Medium Grid 2 Accent 4"/>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DarkList-Accent4">
    <w:name w:val="Dark List Accent 4"/>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ColorfulShading-Accent4">
    <w:name w:val="Colorful Shading Accent 4"/>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Grid-Accent4">
    <w:name w:val="Colorful Grid Accent 4"/>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LightShading-Accent5">
    <w:name w:val="Light Shading Accent 5"/>
    <w:basedOn w:val="TableNormal"/>
    <w:uiPriority w:val="60"/>
    <w:rsid w:val="00081E21"/>
    <w:pPr>
      <w:spacing w:after="0" w:line="240" w:lineRule="auto"/>
    </w:pPr>
    <w:rPr>
      <w:rFonts w:eastAsiaTheme="minorEastAsia"/>
      <w:color w:val="77206D" w:themeColor="accent5" w:themeShade="BF"/>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List-Accent5">
    <w:name w:val="Light List Accent 5"/>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Grid-Accent5">
    <w:name w:val="Light Grid Accent 5"/>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MediumShading1-Accent5">
    <w:name w:val="Medium Shading 1 Accent 5"/>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2-Accent5">
    <w:name w:val="Medium List 2 Accent 5"/>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2-Accent5">
    <w:name w:val="Medium Grid 2 Accent 5"/>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DarkList-Accent5">
    <w:name w:val="Dark List Accent 5"/>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ColorfulShading-Accent5">
    <w:name w:val="Colorful Shading Accent 5"/>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Grid-Accent5">
    <w:name w:val="Colorful Grid Accent 5"/>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LightShading-Accent6">
    <w:name w:val="Light Shading Accent 6"/>
    <w:basedOn w:val="TableNormal"/>
    <w:uiPriority w:val="60"/>
    <w:rsid w:val="00081E21"/>
    <w:pPr>
      <w:spacing w:after="0" w:line="240" w:lineRule="auto"/>
    </w:pPr>
    <w:rPr>
      <w:rFonts w:eastAsiaTheme="minorEastAsia"/>
      <w:color w:val="3A7C22" w:themeColor="accent6" w:themeShade="BF"/>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6">
    <w:name w:val="Light List Accent 6"/>
    <w:basedOn w:val="TableNormal"/>
    <w:uiPriority w:val="61"/>
    <w:rsid w:val="00081E21"/>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Accent6">
    <w:name w:val="Light Grid Accent 6"/>
    <w:basedOn w:val="TableNormal"/>
    <w:uiPriority w:val="62"/>
    <w:rsid w:val="00081E21"/>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Accent6">
    <w:name w:val="Medium Shading 1 Accent 6"/>
    <w:basedOn w:val="TableNormal"/>
    <w:uiPriority w:val="63"/>
    <w:rsid w:val="00081E21"/>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081E21"/>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Accent6">
    <w:name w:val="Medium List 2 Accent 6"/>
    <w:basedOn w:val="TableNormal"/>
    <w:uiPriority w:val="66"/>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rsid w:val="00081E21"/>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Accent6">
    <w:name w:val="Medium Grid 2 Accent 6"/>
    <w:basedOn w:val="TableNormal"/>
    <w:uiPriority w:val="68"/>
    <w:rsid w:val="00081E21"/>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rsid w:val="00081E21"/>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Accent6">
    <w:name w:val="Dark List Accent 6"/>
    <w:basedOn w:val="TableNormal"/>
    <w:uiPriority w:val="70"/>
    <w:rsid w:val="00081E21"/>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Accent6">
    <w:name w:val="Colorful Shading Accent 6"/>
    <w:basedOn w:val="TableNormal"/>
    <w:uiPriority w:val="71"/>
    <w:rsid w:val="00081E21"/>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rsid w:val="00081E21"/>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Accent6">
    <w:name w:val="Colorful Grid Accent 6"/>
    <w:basedOn w:val="TableNormal"/>
    <w:uiPriority w:val="73"/>
    <w:rsid w:val="00081E21"/>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SubtleReference">
    <w:name w:val="Subtle Reference"/>
    <w:basedOn w:val="DefaultParagraphFont"/>
    <w:uiPriority w:val="31"/>
    <w:qFormat/>
    <w:rsid w:val="00081E21"/>
    <w:rPr>
      <w:smallCaps/>
      <w:color w:val="E97132" w:themeColor="accent2"/>
      <w:u w:val="single"/>
    </w:rPr>
  </w:style>
  <w:style w:type="character" w:styleId="BookTitle">
    <w:name w:val="Book Title"/>
    <w:basedOn w:val="DefaultParagraphFont"/>
    <w:uiPriority w:val="33"/>
    <w:qFormat/>
    <w:rsid w:val="00081E21"/>
    <w:rPr>
      <w:b/>
      <w:bCs/>
      <w:smallCaps/>
      <w:spacing w:val="5"/>
    </w:rPr>
  </w:style>
  <w:style w:type="table" w:styleId="ListTable3-Accent1">
    <w:name w:val="List Table 3 Accent 1"/>
    <w:basedOn w:val="TableNormal"/>
    <w:uiPriority w:val="48"/>
    <w:rsid w:val="00081E21"/>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List Paragraph12 Char,F5 List Paragraph Char,L Char"/>
    <w:basedOn w:val="DefaultParagraphFont"/>
    <w:link w:val="ListParagraph"/>
    <w:uiPriority w:val="34"/>
    <w:qFormat/>
    <w:locked/>
    <w:rsid w:val="00DB07EC"/>
    <w:rPr>
      <w:rFonts w:ascii="Arial" w:hAnsi="Arial" w:cs="Arial"/>
      <w:kern w:val="0"/>
      <w:lang w:val="en-US"/>
      <w14:ligatures w14:val="none"/>
    </w:rPr>
  </w:style>
  <w:style w:type="paragraph" w:styleId="BodyTextIndent2">
    <w:name w:val="Body Text Indent 2"/>
    <w:basedOn w:val="Normal"/>
    <w:link w:val="BodyTextIndent2Char"/>
    <w:uiPriority w:val="99"/>
    <w:semiHidden/>
    <w:unhideWhenUsed/>
    <w:rsid w:val="00F639CF"/>
    <w:pPr>
      <w:spacing w:after="120" w:line="480" w:lineRule="auto"/>
      <w:ind w:left="283"/>
    </w:pPr>
  </w:style>
  <w:style w:type="character" w:customStyle="1" w:styleId="BodyTextIndent2Char">
    <w:name w:val="Body Text Indent 2 Char"/>
    <w:basedOn w:val="DefaultParagraphFont"/>
    <w:link w:val="BodyTextIndent2"/>
    <w:uiPriority w:val="99"/>
    <w:semiHidden/>
    <w:rsid w:val="00F639CF"/>
    <w:rPr>
      <w:rFonts w:ascii="Arial" w:eastAsia="Times New Roman" w:hAnsi="Arial" w:cs="Arial"/>
      <w:kern w:val="0"/>
      <w:sz w:val="24"/>
      <w:szCs w:val="24"/>
      <w:lang w:eastAsia="en-GB"/>
      <w14:ligatures w14:val="none"/>
    </w:rPr>
  </w:style>
  <w:style w:type="numbering" w:customStyle="1" w:styleId="Numberedlist">
    <w:name w:val="Numbered list"/>
    <w:rsid w:val="0022448F"/>
    <w:pPr>
      <w:numPr>
        <w:numId w:val="8"/>
      </w:numPr>
    </w:pPr>
  </w:style>
  <w:style w:type="paragraph" w:customStyle="1" w:styleId="Level4heading">
    <w:name w:val="Level 4 heading"/>
    <w:basedOn w:val="Heading4"/>
    <w:next w:val="Normal"/>
    <w:link w:val="Level4headingChar"/>
    <w:qFormat/>
    <w:rsid w:val="00B91343"/>
    <w:pPr>
      <w:keepNext w:val="0"/>
      <w:keepLines w:val="0"/>
      <w:spacing w:before="0"/>
      <w:ind w:left="0"/>
    </w:pPr>
    <w:rPr>
      <w:rFonts w:eastAsia="Times New Roman" w:cs="Arial"/>
      <w:bCs w:val="0"/>
      <w:i w:val="0"/>
      <w:iCs w:val="0"/>
      <w:color w:val="009FDF"/>
      <w:szCs w:val="22"/>
    </w:rPr>
  </w:style>
  <w:style w:type="character" w:customStyle="1" w:styleId="Level4headingChar">
    <w:name w:val="Level 4 heading Char"/>
    <w:link w:val="Level4heading"/>
    <w:rsid w:val="00B91343"/>
    <w:rPr>
      <w:rFonts w:ascii="Arial" w:eastAsia="Times New Roman" w:hAnsi="Arial" w:cs="Arial"/>
      <w:b/>
      <w:color w:val="009FDF"/>
      <w:kern w:val="0"/>
      <w:sz w:val="24"/>
      <w:lang w:eastAsia="en-GB"/>
      <w14:ligatures w14:val="none"/>
    </w:rPr>
  </w:style>
  <w:style w:type="paragraph" w:customStyle="1" w:styleId="Documenttitle">
    <w:name w:val="Document title"/>
    <w:basedOn w:val="Normal"/>
    <w:link w:val="DocumenttitleChar"/>
    <w:qFormat/>
    <w:rsid w:val="00B91343"/>
    <w:rPr>
      <w:b/>
      <w:color w:val="002D72"/>
      <w:sz w:val="48"/>
      <w:szCs w:val="18"/>
    </w:rPr>
  </w:style>
  <w:style w:type="character" w:customStyle="1" w:styleId="DocumenttitleChar">
    <w:name w:val="Document title Char"/>
    <w:link w:val="Documenttitle"/>
    <w:rsid w:val="00B91343"/>
    <w:rPr>
      <w:rFonts w:ascii="Arial" w:eastAsia="Times New Roman" w:hAnsi="Arial" w:cs="Arial"/>
      <w:b/>
      <w:color w:val="002D72"/>
      <w:kern w:val="0"/>
      <w:sz w:val="4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165\OneDrive%20-%20City%20of%20Newcastle%20upon%20Tyne\Documents\Custom%20Office%20Templates\NSCP%20Custom%20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4D2257BA56F64D921611B34B533DE2" ma:contentTypeVersion="23" ma:contentTypeDescription="Create a new document." ma:contentTypeScope="" ma:versionID="cac96b3a74ab6a128854f4d755298996">
  <xsd:schema xmlns:xsd="http://www.w3.org/2001/XMLSchema" xmlns:xs="http://www.w3.org/2001/XMLSchema" xmlns:p="http://schemas.microsoft.com/office/2006/metadata/properties" xmlns:ns2="e46dc3cc-d890-4774-b432-f2af71d057b1" xmlns:ns3="bc25768a-0d71-4e8a-96e8-eedf7a6cd08e" targetNamespace="http://schemas.microsoft.com/office/2006/metadata/properties" ma:root="true" ma:fieldsID="17fcfc3038a6f51e1d3a457e65f7856e" ns2:_="" ns3:_="">
    <xsd:import namespace="e46dc3cc-d890-4774-b432-f2af71d057b1"/>
    <xsd:import namespace="bc25768a-0d71-4e8a-96e8-eedf7a6cd08e"/>
    <xsd:element name="properties">
      <xsd:complexType>
        <xsd:sequence>
          <xsd:element name="documentManagement">
            <xsd:complexType>
              <xsd:all>
                <xsd:element ref="ns2:ResourceOwner" minOccurs="0"/>
                <xsd:element ref="ns2:Ref"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ExpirationDate" minOccurs="0"/>
                <xsd:element ref="ns2:StartDate" minOccurs="0"/>
                <xsd:element ref="ns2:Status" minOccurs="0"/>
                <xsd:element ref="ns2:Cre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dc3cc-d890-4774-b432-f2af71d057b1" elementFormDefault="qualified">
    <xsd:import namespace="http://schemas.microsoft.com/office/2006/documentManagement/types"/>
    <xsd:import namespace="http://schemas.microsoft.com/office/infopath/2007/PartnerControls"/>
    <xsd:element name="ResourceOwner" ma:index="1" nillable="true" ma:displayName="Resource Owner" ma:description="This should be the person to contact when the expiry date is due. For national or web sourced items use NSCP Business Team This relates to the Resource Organisation on the site." ma:format="Dropdown" ma:list="UserInfo" ma:SearchPeopleOnly="false" ma:SharePointGroup="0" ma:internalName="Resource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f" ma:index="2" nillable="true" ma:displayName="Ref" ma:description="A number identifier for the resource" ma:format="Dropdown" ma:indexed="true" ma:internalName="Ref"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element name="ExpirationDate" ma:index="24" nillable="true" ma:displayName="Expiration Date" ma:description="This is the review date for the resource. The Resource Owner should be contacted by using the &quot;Email&quot; button in the expired resource function on the website" ma:format="DateOnly" ma:hidden="true" ma:internalName="ExpirationDate" ma:readOnly="false">
      <xsd:simpleType>
        <xsd:restriction base="dms:DateTime"/>
      </xsd:simpleType>
    </xsd:element>
    <xsd:element name="StartDate" ma:index="25" nillable="true" ma:displayName="Added to Library" ma:description="Date added to Resource Library" ma:format="DateOnly" ma:hidden="true" ma:internalName="StartDate" ma:readOnly="false">
      <xsd:simpleType>
        <xsd:restriction base="dms:DateTime"/>
      </xsd:simpleType>
    </xsd:element>
    <xsd:element name="Status" ma:index="27" nillable="true" ma:displayName="Status" ma:description="Status of Resource" ma:format="Dropdown" ma:hidden="true" ma:internalName="Status" ma:readOnly="false">
      <xsd:simpleType>
        <xsd:restriction base="dms:Choice">
          <xsd:enumeration value="Live"/>
          <xsd:enumeration value="Draft"/>
          <xsd:enumeration value="Expired - Deleted"/>
          <xsd:enumeration value="Expired - Archived"/>
        </xsd:restriction>
      </xsd:simpleType>
    </xsd:element>
    <xsd:element name="CreationDate" ma:index="28" nillable="true" ma:displayName="Creation Date" ma:description="Date resource was written/created - if available" ma:format="DateOnly" ma:hidden="true" ma:internalName="Cre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c25768a-0d71-4e8a-96e8-eedf7a6cd08e"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c664c0ab-5a09-4005-b1c9-41d3a98df061}" ma:internalName="TaxCatchAll" ma:readOnly="false" ma:showField="CatchAllData" ma:web="bc25768a-0d71-4e8a-96e8-eedf7a6cd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sourceOwner xmlns="e46dc3cc-d890-4774-b432-f2af71d057b1">
      <UserInfo>
        <DisplayName/>
        <AccountId xsi:nil="true"/>
        <AccountType/>
      </UserInfo>
    </ResourceOwner>
    <CreationDate xmlns="e46dc3cc-d890-4774-b432-f2af71d057b1" xsi:nil="true"/>
    <StartDate xmlns="e46dc3cc-d890-4774-b432-f2af71d057b1" xsi:nil="true"/>
    <Status xmlns="e46dc3cc-d890-4774-b432-f2af71d057b1" xsi:nil="true"/>
    <ExpirationDate xmlns="e46dc3cc-d890-4774-b432-f2af71d057b1" xsi:nil="true"/>
    <TaxCatchAll xmlns="bc25768a-0d71-4e8a-96e8-eedf7a6cd08e" xsi:nil="true"/>
    <Ref xmlns="e46dc3cc-d890-4774-b432-f2af71d057b1" xsi:nil="true"/>
    <lcf76f155ced4ddcb4097134ff3c332f xmlns="e46dc3cc-d890-4774-b432-f2af71d057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F4657D-8C11-4113-8750-A3FD7DD4402E}">
  <ds:schemaRefs>
    <ds:schemaRef ds:uri="http://schemas.openxmlformats.org/officeDocument/2006/bibliography"/>
  </ds:schemaRefs>
</ds:datastoreItem>
</file>

<file path=customXml/itemProps2.xml><?xml version="1.0" encoding="utf-8"?>
<ds:datastoreItem xmlns:ds="http://schemas.openxmlformats.org/officeDocument/2006/customXml" ds:itemID="{63DCF60B-1175-4E27-B8C4-5F8BF50B22A3}"/>
</file>

<file path=customXml/itemProps3.xml><?xml version="1.0" encoding="utf-8"?>
<ds:datastoreItem xmlns:ds="http://schemas.openxmlformats.org/officeDocument/2006/customXml" ds:itemID="{61881F57-CD40-46FF-A6F2-4A6F889EDE6A}"/>
</file>

<file path=customXml/itemProps4.xml><?xml version="1.0" encoding="utf-8"?>
<ds:datastoreItem xmlns:ds="http://schemas.openxmlformats.org/officeDocument/2006/customXml" ds:itemID="{F75756B0-D491-4B5A-948F-E784B878F88F}"/>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NSCP Custom Doc.dotx</Template>
  <TotalTime>2</TotalTime>
  <Pages>3</Pages>
  <Words>840</Words>
  <Characters>4919</Characters>
  <Application>Microsoft Office Word</Application>
  <DocSecurity>0</DocSecurity>
  <Lines>491</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Mark</dc:creator>
  <cp:keywords/>
  <dc:description/>
  <cp:lastModifiedBy>Quinn, Mark</cp:lastModifiedBy>
  <cp:revision>5</cp:revision>
  <dcterms:created xsi:type="dcterms:W3CDTF">2026-08-25T15:40:00Z</dcterms:created>
  <dcterms:modified xsi:type="dcterms:W3CDTF">2026-08-25T15:42:00Z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0x0101003F4D2257BA56F64D921611B34B533DE2</vt:lpwstr>
  </property>
</Properties>
</file>